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FD7E8" w14:textId="15741AD7" w:rsidR="00D90D04" w:rsidRDefault="007A0736">
      <w:pPr>
        <w:wordWrap w:val="0"/>
        <w:autoSpaceDE w:val="0"/>
        <w:autoSpaceDN w:val="0"/>
        <w:spacing w:after="431" w:line="14" w:lineRule="exact"/>
      </w:pPr>
      <w:r>
        <w:rPr>
          <w:noProof/>
          <w:lang w:val="it-IT" w:eastAsia="it-IT"/>
        </w:rPr>
        <w:drawing>
          <wp:anchor distT="0" distB="0" distL="0" distR="0" simplePos="0" relativeHeight="251660288" behindDoc="1" locked="0" layoutInCell="1" allowOverlap="1" wp14:anchorId="024C8801" wp14:editId="22366381">
            <wp:simplePos x="0" y="0"/>
            <wp:positionH relativeFrom="page">
              <wp:posOffset>701040</wp:posOffset>
            </wp:positionH>
            <wp:positionV relativeFrom="page">
              <wp:posOffset>7847964</wp:posOffset>
            </wp:positionV>
            <wp:extent cx="6158230" cy="203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01E7E" w14:textId="40A0126D" w:rsidR="00DB4258" w:rsidRPr="00DB4258" w:rsidRDefault="00DB4258" w:rsidP="00DB4258">
      <w:pPr>
        <w:pStyle w:val="NormaleWeb"/>
        <w:tabs>
          <w:tab w:val="left" w:pos="900"/>
        </w:tabs>
        <w:jc w:val="right"/>
        <w:rPr>
          <w:color w:val="000000"/>
          <w:spacing w:val="1"/>
          <w:sz w:val="29"/>
        </w:rPr>
      </w:pPr>
    </w:p>
    <w:p w14:paraId="38AD9E38" w14:textId="57EFAB0D" w:rsidR="00D90D04" w:rsidRPr="00DB4258" w:rsidRDefault="007A0736">
      <w:pPr>
        <w:wordWrap w:val="0"/>
        <w:autoSpaceDE w:val="0"/>
        <w:autoSpaceDN w:val="0"/>
        <w:spacing w:before="1408" w:after="211" w:line="225" w:lineRule="exact"/>
        <w:ind w:left="643"/>
        <w:rPr>
          <w:rFonts w:asciiTheme="majorHAnsi" w:hAnsiTheme="majorHAnsi" w:cstheme="majorHAnsi"/>
          <w:sz w:val="24"/>
          <w:szCs w:val="24"/>
          <w:lang w:val="it-IT"/>
        </w:rPr>
      </w:pPr>
      <w:bookmarkStart w:id="0" w:name="_GoBack"/>
      <w:r w:rsidRPr="00DB4258">
        <w:rPr>
          <w:rFonts w:asciiTheme="majorHAnsi" w:eastAsia="Cambria" w:hAnsiTheme="majorHAnsi" w:cstheme="majorHAnsi"/>
          <w:b/>
          <w:color w:val="000000"/>
          <w:spacing w:val="5"/>
          <w:sz w:val="24"/>
          <w:szCs w:val="24"/>
          <w:lang w:val="it-IT"/>
        </w:rPr>
        <w:t>AUTRIZZAZIONE</w:t>
      </w:r>
      <w:r w:rsidR="00DB4258" w:rsidRPr="00DB4258">
        <w:rPr>
          <w:rFonts w:asciiTheme="majorHAnsi" w:eastAsia="Cambria" w:hAnsiTheme="majorHAnsi" w:cstheme="majorHAnsi"/>
          <w:b/>
          <w:color w:val="000000"/>
          <w:spacing w:val="5"/>
          <w:sz w:val="24"/>
          <w:szCs w:val="24"/>
          <w:lang w:val="it-IT"/>
        </w:rPr>
        <w:t xml:space="preserve"> </w:t>
      </w:r>
      <w:r w:rsidRPr="00DB4258">
        <w:rPr>
          <w:rFonts w:asciiTheme="majorHAnsi" w:eastAsia="Cambria" w:hAnsiTheme="majorHAnsi" w:cstheme="majorHAnsi"/>
          <w:b/>
          <w:color w:val="000000"/>
          <w:spacing w:val="5"/>
          <w:sz w:val="24"/>
          <w:szCs w:val="24"/>
          <w:lang w:val="it-IT"/>
        </w:rPr>
        <w:t>VISITA</w:t>
      </w:r>
      <w:r w:rsidR="00DE0675" w:rsidRPr="00DB4258">
        <w:rPr>
          <w:rFonts w:asciiTheme="majorHAnsi" w:eastAsia="Cambria" w:hAnsiTheme="majorHAnsi" w:cstheme="majorHAnsi"/>
          <w:b/>
          <w:color w:val="000000"/>
          <w:spacing w:val="5"/>
          <w:sz w:val="24"/>
          <w:szCs w:val="24"/>
          <w:lang w:val="it-IT"/>
        </w:rPr>
        <w:t xml:space="preserve"> </w:t>
      </w:r>
      <w:r w:rsidRPr="00DB4258">
        <w:rPr>
          <w:rFonts w:asciiTheme="majorHAnsi" w:eastAsia="Cambria" w:hAnsiTheme="majorHAnsi" w:cstheme="majorHAnsi"/>
          <w:b/>
          <w:color w:val="000000"/>
          <w:spacing w:val="5"/>
          <w:sz w:val="24"/>
          <w:szCs w:val="24"/>
          <w:lang w:val="it-IT"/>
        </w:rPr>
        <w:t>GUIDATA</w:t>
      </w:r>
      <w:r w:rsidR="00DE0675" w:rsidRPr="00DB4258">
        <w:rPr>
          <w:rFonts w:asciiTheme="majorHAnsi" w:eastAsia="Cambria" w:hAnsiTheme="majorHAnsi" w:cstheme="majorHAnsi"/>
          <w:b/>
          <w:color w:val="000000"/>
          <w:spacing w:val="5"/>
          <w:sz w:val="24"/>
          <w:szCs w:val="24"/>
          <w:lang w:val="it-IT"/>
        </w:rPr>
        <w:t xml:space="preserve"> </w:t>
      </w:r>
      <w:r w:rsidRPr="00DB4258">
        <w:rPr>
          <w:rFonts w:asciiTheme="majorHAnsi" w:eastAsia="Cambria" w:hAnsiTheme="majorHAnsi" w:cstheme="majorHAnsi"/>
          <w:b/>
          <w:color w:val="000000"/>
          <w:spacing w:val="5"/>
          <w:sz w:val="24"/>
          <w:szCs w:val="24"/>
          <w:lang w:val="it-IT"/>
        </w:rPr>
        <w:t>AL</w:t>
      </w:r>
      <w:r w:rsidR="00DE0675" w:rsidRPr="00DB4258">
        <w:rPr>
          <w:rFonts w:asciiTheme="majorHAnsi" w:eastAsia="Cambria" w:hAnsiTheme="majorHAnsi" w:cstheme="majorHAnsi"/>
          <w:b/>
          <w:color w:val="000000"/>
          <w:spacing w:val="5"/>
          <w:sz w:val="24"/>
          <w:szCs w:val="24"/>
          <w:lang w:val="it-IT"/>
        </w:rPr>
        <w:t xml:space="preserve"> </w:t>
      </w:r>
      <w:r w:rsidRPr="00DB4258">
        <w:rPr>
          <w:rFonts w:asciiTheme="majorHAnsi" w:eastAsia="Cambria" w:hAnsiTheme="majorHAnsi" w:cstheme="majorHAnsi"/>
          <w:b/>
          <w:color w:val="000000"/>
          <w:spacing w:val="6"/>
          <w:sz w:val="24"/>
          <w:szCs w:val="24"/>
          <w:lang w:val="it-IT"/>
        </w:rPr>
        <w:t>MUSEO</w:t>
      </w:r>
      <w:r w:rsidR="00DE0675" w:rsidRPr="00DB4258">
        <w:rPr>
          <w:rFonts w:asciiTheme="majorHAnsi" w:eastAsia="Cambria" w:hAnsiTheme="majorHAnsi" w:cstheme="majorHAnsi"/>
          <w:b/>
          <w:color w:val="000000"/>
          <w:spacing w:val="6"/>
          <w:sz w:val="24"/>
          <w:szCs w:val="24"/>
          <w:lang w:val="it-IT"/>
        </w:rPr>
        <w:t xml:space="preserve"> </w:t>
      </w:r>
      <w:r w:rsidRPr="00DB4258">
        <w:rPr>
          <w:rFonts w:asciiTheme="majorHAnsi" w:eastAsia="Cambria" w:hAnsiTheme="majorHAnsi" w:cstheme="majorHAnsi"/>
          <w:b/>
          <w:color w:val="000000"/>
          <w:spacing w:val="5"/>
          <w:sz w:val="24"/>
          <w:szCs w:val="24"/>
          <w:lang w:val="it-IT"/>
        </w:rPr>
        <w:t>FRROVIARIO</w:t>
      </w:r>
      <w:r w:rsidR="00DE0675" w:rsidRPr="00DB4258">
        <w:rPr>
          <w:rFonts w:asciiTheme="majorHAnsi" w:eastAsia="Cambria" w:hAnsiTheme="majorHAnsi" w:cstheme="majorHAnsi"/>
          <w:b/>
          <w:color w:val="000000"/>
          <w:spacing w:val="5"/>
          <w:sz w:val="24"/>
          <w:szCs w:val="24"/>
          <w:lang w:val="it-IT"/>
        </w:rPr>
        <w:t xml:space="preserve"> </w:t>
      </w:r>
      <w:r w:rsidRPr="00DB4258">
        <w:rPr>
          <w:rFonts w:asciiTheme="majorHAnsi" w:eastAsia="Cambria" w:hAnsiTheme="majorHAnsi" w:cstheme="majorHAnsi"/>
          <w:b/>
          <w:color w:val="000000"/>
          <w:spacing w:val="5"/>
          <w:sz w:val="24"/>
          <w:szCs w:val="24"/>
          <w:lang w:val="it-IT"/>
        </w:rPr>
        <w:t>DI</w:t>
      </w:r>
      <w:r w:rsidR="00DE0675" w:rsidRPr="00DB4258">
        <w:rPr>
          <w:rFonts w:asciiTheme="majorHAnsi" w:eastAsia="Cambria" w:hAnsiTheme="majorHAnsi" w:cstheme="majorHAnsi"/>
          <w:b/>
          <w:color w:val="000000"/>
          <w:spacing w:val="5"/>
          <w:sz w:val="24"/>
          <w:szCs w:val="24"/>
          <w:lang w:val="it-IT"/>
        </w:rPr>
        <w:t xml:space="preserve"> </w:t>
      </w:r>
      <w:r w:rsidRPr="00DB4258">
        <w:rPr>
          <w:rFonts w:asciiTheme="majorHAnsi" w:eastAsia="Cambria" w:hAnsiTheme="majorHAnsi" w:cstheme="majorHAnsi"/>
          <w:b/>
          <w:color w:val="000000"/>
          <w:spacing w:val="5"/>
          <w:sz w:val="24"/>
          <w:szCs w:val="24"/>
          <w:lang w:val="it-IT"/>
        </w:rPr>
        <w:t>PIETRARSA</w:t>
      </w:r>
      <w:r w:rsidR="00DE0675" w:rsidRPr="00DB4258">
        <w:rPr>
          <w:rFonts w:asciiTheme="majorHAnsi" w:eastAsia="Cambria" w:hAnsiTheme="majorHAnsi" w:cstheme="majorHAnsi"/>
          <w:b/>
          <w:color w:val="000000"/>
          <w:spacing w:val="5"/>
          <w:sz w:val="24"/>
          <w:szCs w:val="24"/>
          <w:lang w:val="it-IT"/>
        </w:rPr>
        <w:t xml:space="preserve"> </w:t>
      </w:r>
      <w:r w:rsidRPr="00DB4258">
        <w:rPr>
          <w:rFonts w:asciiTheme="majorHAnsi" w:eastAsia="Cambria" w:hAnsiTheme="majorHAnsi" w:cstheme="majorHAnsi"/>
          <w:b/>
          <w:color w:val="000000"/>
          <w:spacing w:val="4"/>
          <w:sz w:val="24"/>
          <w:szCs w:val="24"/>
          <w:lang w:val="it-IT"/>
        </w:rPr>
        <w:t>(</w:t>
      </w:r>
      <w:r w:rsidRPr="00DB4258">
        <w:rPr>
          <w:rFonts w:asciiTheme="majorHAnsi" w:eastAsia="Cambria" w:hAnsiTheme="majorHAnsi" w:cstheme="majorHAnsi"/>
          <w:b/>
          <w:color w:val="000000"/>
          <w:spacing w:val="6"/>
          <w:sz w:val="24"/>
          <w:szCs w:val="24"/>
          <w:lang w:val="it-IT"/>
        </w:rPr>
        <w:t>NA)</w:t>
      </w:r>
    </w:p>
    <w:bookmarkEnd w:id="0"/>
    <w:p w14:paraId="779BADEC" w14:textId="77777777" w:rsidR="00D90D04" w:rsidRPr="00307FA4" w:rsidRDefault="007A0736" w:rsidP="00307FA4">
      <w:pPr>
        <w:wordWrap w:val="0"/>
        <w:autoSpaceDE w:val="0"/>
        <w:autoSpaceDN w:val="0"/>
        <w:spacing w:before="421" w:after="18" w:line="240" w:lineRule="auto"/>
        <w:ind w:left="69"/>
        <w:jc w:val="both"/>
        <w:rPr>
          <w:rFonts w:asciiTheme="majorHAnsi" w:hAnsiTheme="majorHAnsi" w:cstheme="majorHAnsi"/>
          <w:lang w:val="it-IT"/>
        </w:rPr>
      </w:pPr>
      <w:r w:rsidRPr="00307FA4">
        <w:rPr>
          <w:rFonts w:asciiTheme="majorHAnsi" w:eastAsia="Cambria" w:hAnsiTheme="majorHAnsi" w:cstheme="majorHAnsi"/>
          <w:color w:val="000000"/>
          <w:w w:val="101"/>
          <w:lang w:val="it-IT"/>
        </w:rPr>
        <w:t>Il</w:t>
      </w:r>
      <w:r w:rsidRPr="00307FA4">
        <w:rPr>
          <w:rFonts w:asciiTheme="majorHAnsi" w:eastAsia="Cambria" w:hAnsiTheme="majorHAnsi" w:cstheme="majorHAnsi"/>
          <w:color w:val="000000"/>
          <w:lang w:val="it-IT"/>
        </w:rPr>
        <w:t>/La</w:t>
      </w:r>
      <w:r w:rsidR="00DE0675" w:rsidRPr="00307FA4">
        <w:rPr>
          <w:rFonts w:asciiTheme="majorHAnsi" w:eastAsia="Cambria" w:hAnsiTheme="majorHAnsi" w:cstheme="majorHAnsi"/>
          <w:color w:val="000000"/>
          <w:lang w:val="it-IT"/>
        </w:rPr>
        <w:t xml:space="preserve"> </w:t>
      </w:r>
      <w:r w:rsidRPr="00307FA4">
        <w:rPr>
          <w:rFonts w:asciiTheme="majorHAnsi" w:eastAsia="Cambria" w:hAnsiTheme="majorHAnsi" w:cstheme="majorHAnsi"/>
          <w:color w:val="000000"/>
          <w:lang w:val="it-IT"/>
        </w:rPr>
        <w:t>sottoscritto</w:t>
      </w:r>
      <w:r w:rsidRPr="00307FA4">
        <w:rPr>
          <w:rFonts w:asciiTheme="majorHAnsi" w:eastAsia="Cambria" w:hAnsiTheme="majorHAnsi" w:cstheme="majorHAnsi"/>
          <w:color w:val="000000"/>
          <w:spacing w:val="-2"/>
          <w:lang w:val="it-IT"/>
        </w:rPr>
        <w:t>/a</w:t>
      </w:r>
      <w:r w:rsidR="00DE0675" w:rsidRPr="00307FA4">
        <w:rPr>
          <w:rFonts w:asciiTheme="majorHAnsi" w:eastAsia="Cambria" w:hAnsiTheme="majorHAnsi" w:cstheme="majorHAnsi"/>
          <w:color w:val="000000"/>
          <w:spacing w:val="-2"/>
          <w:lang w:val="it-IT"/>
        </w:rPr>
        <w:t>__________________________________________________</w:t>
      </w:r>
      <w:r w:rsidR="00DE0675" w:rsidRPr="00307FA4">
        <w:rPr>
          <w:rFonts w:asciiTheme="majorHAnsi" w:eastAsia="Cambria" w:hAnsiTheme="majorHAnsi" w:cstheme="majorHAnsi"/>
          <w:color w:val="000000"/>
          <w:lang w:val="it-IT"/>
        </w:rPr>
        <w:t xml:space="preserve"> </w:t>
      </w:r>
      <w:r w:rsidRPr="00307FA4">
        <w:rPr>
          <w:rFonts w:asciiTheme="majorHAnsi" w:eastAsia="Cambria" w:hAnsiTheme="majorHAnsi" w:cstheme="majorHAnsi"/>
          <w:color w:val="000000"/>
          <w:lang w:val="it-IT"/>
        </w:rPr>
        <w:t>nato/</w:t>
      </w:r>
      <w:r w:rsidRPr="00307FA4">
        <w:rPr>
          <w:rFonts w:asciiTheme="majorHAnsi" w:eastAsia="Cambria" w:hAnsiTheme="majorHAnsi" w:cstheme="majorHAnsi"/>
          <w:color w:val="000000"/>
          <w:spacing w:val="-2"/>
          <w:lang w:val="it-IT"/>
        </w:rPr>
        <w:t>a</w:t>
      </w:r>
      <w:r w:rsidR="00DE0675" w:rsidRPr="00307FA4">
        <w:rPr>
          <w:rFonts w:asciiTheme="majorHAnsi" w:eastAsia="Cambria" w:hAnsiTheme="majorHAnsi" w:cstheme="majorHAnsi"/>
          <w:color w:val="000000"/>
          <w:spacing w:val="-2"/>
          <w:lang w:val="it-IT"/>
        </w:rPr>
        <w:t xml:space="preserve"> </w:t>
      </w:r>
      <w:r w:rsidRPr="00307FA4">
        <w:rPr>
          <w:rFonts w:asciiTheme="majorHAnsi" w:eastAsia="Cambria" w:hAnsiTheme="majorHAnsi" w:cstheme="majorHAnsi"/>
          <w:color w:val="000000"/>
          <w:w w:val="101"/>
          <w:lang w:val="it-IT"/>
        </w:rPr>
        <w:t>a</w:t>
      </w:r>
      <w:r w:rsidR="00DE0675" w:rsidRPr="00307FA4">
        <w:rPr>
          <w:rFonts w:asciiTheme="majorHAnsi" w:hAnsiTheme="majorHAnsi" w:cstheme="majorHAnsi"/>
          <w:lang w:val="it-IT"/>
        </w:rPr>
        <w:t xml:space="preserve">__________________________ (_____)  </w:t>
      </w:r>
      <w:r w:rsidRPr="00307FA4">
        <w:rPr>
          <w:rFonts w:asciiTheme="majorHAnsi" w:eastAsia="Cambria" w:hAnsiTheme="majorHAnsi" w:cstheme="majorHAnsi"/>
          <w:color w:val="000000"/>
          <w:w w:val="101"/>
          <w:lang w:val="it-IT"/>
        </w:rPr>
        <w:t>il</w:t>
      </w:r>
      <w:r w:rsidR="00DE0675" w:rsidRPr="00307FA4">
        <w:rPr>
          <w:rFonts w:asciiTheme="majorHAnsi" w:eastAsia="Cambria" w:hAnsiTheme="majorHAnsi" w:cstheme="majorHAnsi"/>
          <w:color w:val="000000"/>
          <w:w w:val="101"/>
          <w:lang w:val="it-IT"/>
        </w:rPr>
        <w:t xml:space="preserve"> </w:t>
      </w:r>
      <w:r w:rsidR="00DE0675" w:rsidRPr="00307FA4">
        <w:rPr>
          <w:rFonts w:asciiTheme="majorHAnsi" w:eastAsia="Cambria" w:hAnsiTheme="majorHAnsi" w:cstheme="majorHAnsi"/>
          <w:color w:val="000000"/>
          <w:lang w:val="it-IT"/>
        </w:rPr>
        <w:t xml:space="preserve">_________________________________ </w:t>
      </w:r>
      <w:r w:rsidRPr="00307FA4">
        <w:rPr>
          <w:rFonts w:asciiTheme="majorHAnsi" w:eastAsia="Cambria" w:hAnsiTheme="majorHAnsi" w:cstheme="majorHAnsi"/>
          <w:color w:val="000000"/>
          <w:lang w:val="it-IT"/>
        </w:rPr>
        <w:t>Residente</w:t>
      </w:r>
      <w:r w:rsidR="00DE0675" w:rsidRPr="00307FA4">
        <w:rPr>
          <w:rFonts w:asciiTheme="majorHAnsi" w:eastAsia="Cambria" w:hAnsiTheme="majorHAnsi" w:cstheme="majorHAnsi"/>
          <w:color w:val="000000"/>
          <w:lang w:val="it-IT"/>
        </w:rPr>
        <w:t xml:space="preserve"> </w:t>
      </w:r>
      <w:r w:rsidRPr="00307FA4">
        <w:rPr>
          <w:rFonts w:asciiTheme="majorHAnsi" w:eastAsia="Cambria" w:hAnsiTheme="majorHAnsi" w:cstheme="majorHAnsi"/>
          <w:color w:val="000000"/>
          <w:lang w:val="it-IT"/>
        </w:rPr>
        <w:t>a</w:t>
      </w:r>
      <w:r w:rsidR="00DE0675" w:rsidRPr="00307FA4">
        <w:rPr>
          <w:rFonts w:asciiTheme="majorHAnsi" w:eastAsia="Cambria" w:hAnsiTheme="majorHAnsi" w:cstheme="majorHAnsi"/>
          <w:color w:val="000000"/>
          <w:lang w:val="it-IT"/>
        </w:rPr>
        <w:t xml:space="preserve">_____________________________________ </w:t>
      </w:r>
      <w:r w:rsidRPr="00307FA4">
        <w:rPr>
          <w:rFonts w:asciiTheme="majorHAnsi" w:eastAsia="Cambria" w:hAnsiTheme="majorHAnsi" w:cstheme="majorHAnsi"/>
          <w:color w:val="000000"/>
          <w:lang w:val="it-IT"/>
        </w:rPr>
        <w:t>in</w:t>
      </w:r>
      <w:r w:rsidR="00DE0675" w:rsidRPr="00307FA4">
        <w:rPr>
          <w:rFonts w:asciiTheme="majorHAnsi" w:hAnsiTheme="majorHAnsi" w:cstheme="majorHAnsi"/>
          <w:lang w:val="it-IT"/>
        </w:rPr>
        <w:t xml:space="preserve">  </w:t>
      </w:r>
      <w:r w:rsidRPr="00307FA4">
        <w:rPr>
          <w:rFonts w:asciiTheme="majorHAnsi" w:eastAsia="Cambria" w:hAnsiTheme="majorHAnsi" w:cstheme="majorHAnsi"/>
          <w:color w:val="000000"/>
          <w:w w:val="101"/>
          <w:lang w:val="it-IT"/>
        </w:rPr>
        <w:t>vi</w:t>
      </w:r>
      <w:r w:rsidR="00DE0675" w:rsidRPr="00307FA4">
        <w:rPr>
          <w:rFonts w:asciiTheme="majorHAnsi" w:eastAsia="Cambria" w:hAnsiTheme="majorHAnsi" w:cstheme="majorHAnsi"/>
          <w:color w:val="000000"/>
          <w:w w:val="101"/>
          <w:lang w:val="it-IT"/>
        </w:rPr>
        <w:t>a ____________________</w:t>
      </w:r>
      <w:r w:rsidRPr="00307FA4">
        <w:rPr>
          <w:rFonts w:asciiTheme="majorHAnsi" w:hAnsiTheme="majorHAnsi" w:cstheme="majorHAnsi"/>
          <w:lang w:val="it-IT"/>
        </w:rPr>
        <w:t xml:space="preserve">  </w:t>
      </w:r>
      <w:r w:rsidRPr="00307FA4">
        <w:rPr>
          <w:rFonts w:asciiTheme="majorHAnsi" w:eastAsia="Cambria" w:hAnsiTheme="majorHAnsi" w:cstheme="majorHAnsi"/>
          <w:color w:val="000000"/>
          <w:lang w:val="it-IT"/>
        </w:rPr>
        <w:t>Cell</w:t>
      </w:r>
      <w:r w:rsidR="00DE0675" w:rsidRPr="00307FA4">
        <w:rPr>
          <w:rFonts w:asciiTheme="majorHAnsi" w:eastAsia="Cambria" w:hAnsiTheme="majorHAnsi" w:cstheme="majorHAnsi"/>
          <w:color w:val="000000"/>
          <w:w w:val="101"/>
          <w:lang w:val="it-IT"/>
        </w:rPr>
        <w:t>._______________________________</w:t>
      </w:r>
    </w:p>
    <w:p w14:paraId="2A6C1FEF" w14:textId="77777777" w:rsidR="00D90D04" w:rsidRPr="00307FA4" w:rsidRDefault="007A0736" w:rsidP="00307FA4">
      <w:pPr>
        <w:wordWrap w:val="0"/>
        <w:autoSpaceDE w:val="0"/>
        <w:autoSpaceDN w:val="0"/>
        <w:spacing w:before="293" w:after="19" w:line="240" w:lineRule="auto"/>
        <w:ind w:left="69"/>
        <w:jc w:val="both"/>
        <w:rPr>
          <w:rFonts w:asciiTheme="majorHAnsi" w:eastAsia="Cambria" w:hAnsiTheme="majorHAnsi" w:cstheme="majorHAnsi"/>
          <w:color w:val="000000"/>
          <w:w w:val="101"/>
          <w:lang w:val="it-IT"/>
        </w:rPr>
      </w:pPr>
      <w:r w:rsidRPr="00307FA4">
        <w:rPr>
          <w:rFonts w:asciiTheme="majorHAnsi" w:eastAsia="Cambria" w:hAnsiTheme="majorHAnsi" w:cstheme="majorHAnsi"/>
          <w:color w:val="000000"/>
          <w:lang w:val="it-IT"/>
        </w:rPr>
        <w:t>Il/La</w:t>
      </w:r>
      <w:r w:rsidR="00DE0675" w:rsidRPr="00307FA4">
        <w:rPr>
          <w:rFonts w:asciiTheme="majorHAnsi" w:eastAsia="Cambria" w:hAnsiTheme="majorHAnsi" w:cstheme="majorHAnsi"/>
          <w:color w:val="000000"/>
          <w:lang w:val="it-IT"/>
        </w:rPr>
        <w:t xml:space="preserve"> </w:t>
      </w:r>
      <w:r w:rsidRPr="00307FA4">
        <w:rPr>
          <w:rFonts w:asciiTheme="majorHAnsi" w:eastAsia="Cambria" w:hAnsiTheme="majorHAnsi" w:cstheme="majorHAnsi"/>
          <w:color w:val="000000"/>
          <w:lang w:val="it-IT"/>
        </w:rPr>
        <w:t>sottoscritto/a</w:t>
      </w:r>
      <w:r w:rsidR="00DE0675" w:rsidRPr="00307FA4">
        <w:rPr>
          <w:rFonts w:asciiTheme="majorHAnsi" w:eastAsia="Cambria" w:hAnsiTheme="majorHAnsi" w:cstheme="majorHAnsi"/>
          <w:color w:val="000000"/>
          <w:lang w:val="it-IT"/>
        </w:rPr>
        <w:t xml:space="preserve"> ______________________________________________</w:t>
      </w:r>
      <w:r w:rsidRPr="00307FA4">
        <w:rPr>
          <w:rFonts w:asciiTheme="majorHAnsi" w:eastAsia="Cambria" w:hAnsiTheme="majorHAnsi" w:cstheme="majorHAnsi"/>
          <w:color w:val="000000"/>
          <w:w w:val="101"/>
          <w:lang w:val="it-IT"/>
        </w:rPr>
        <w:t>nato</w:t>
      </w:r>
      <w:r w:rsidRPr="00307FA4">
        <w:rPr>
          <w:rFonts w:asciiTheme="majorHAnsi" w:eastAsia="Cambria" w:hAnsiTheme="majorHAnsi" w:cstheme="majorHAnsi"/>
          <w:color w:val="000000"/>
          <w:lang w:val="it-IT"/>
        </w:rPr>
        <w:t>/</w:t>
      </w:r>
      <w:r w:rsidRPr="00307FA4">
        <w:rPr>
          <w:rFonts w:asciiTheme="majorHAnsi" w:eastAsia="Cambria" w:hAnsiTheme="majorHAnsi" w:cstheme="majorHAnsi"/>
          <w:color w:val="000000"/>
          <w:w w:val="101"/>
          <w:lang w:val="it-IT"/>
        </w:rPr>
        <w:t>a</w:t>
      </w:r>
      <w:r w:rsidR="00DE0675" w:rsidRPr="00307FA4">
        <w:rPr>
          <w:rFonts w:asciiTheme="majorHAnsi" w:eastAsia="Cambria" w:hAnsiTheme="majorHAnsi" w:cstheme="majorHAnsi"/>
          <w:color w:val="000000"/>
          <w:w w:val="101"/>
          <w:lang w:val="it-IT"/>
        </w:rPr>
        <w:t xml:space="preserve"> </w:t>
      </w:r>
      <w:r w:rsidRPr="00307FA4">
        <w:rPr>
          <w:rFonts w:asciiTheme="majorHAnsi" w:eastAsia="Cambria" w:hAnsiTheme="majorHAnsi" w:cstheme="majorHAnsi"/>
          <w:color w:val="000000"/>
          <w:w w:val="101"/>
          <w:lang w:val="it-IT"/>
        </w:rPr>
        <w:t>a</w:t>
      </w:r>
      <w:r w:rsidR="00DE0675" w:rsidRPr="00307FA4">
        <w:rPr>
          <w:rFonts w:asciiTheme="majorHAnsi" w:eastAsia="Cambria" w:hAnsiTheme="majorHAnsi" w:cstheme="majorHAnsi"/>
          <w:color w:val="000000"/>
          <w:w w:val="101"/>
          <w:lang w:val="it-IT"/>
        </w:rPr>
        <w:t>_____________________________(_______)</w:t>
      </w:r>
      <w:r w:rsidRPr="00307FA4">
        <w:rPr>
          <w:rFonts w:asciiTheme="majorHAnsi" w:eastAsia="Cambria" w:hAnsiTheme="majorHAnsi" w:cstheme="majorHAnsi"/>
          <w:color w:val="000000"/>
          <w:w w:val="101"/>
          <w:lang w:val="it-IT"/>
        </w:rPr>
        <w:t xml:space="preserve">   </w:t>
      </w:r>
      <w:r w:rsidR="00DE0675" w:rsidRPr="00307FA4">
        <w:rPr>
          <w:rFonts w:asciiTheme="majorHAnsi" w:eastAsia="Cambria" w:hAnsiTheme="majorHAnsi" w:cstheme="majorHAnsi"/>
          <w:color w:val="000000"/>
          <w:w w:val="101"/>
          <w:lang w:val="it-IT"/>
        </w:rPr>
        <w:t>Il _________________________________</w:t>
      </w:r>
      <w:r w:rsidRPr="00307FA4">
        <w:rPr>
          <w:rFonts w:asciiTheme="majorHAnsi" w:eastAsia="Cambria" w:hAnsiTheme="majorHAnsi" w:cstheme="majorHAnsi"/>
          <w:color w:val="000000"/>
          <w:lang w:val="it-IT"/>
        </w:rPr>
        <w:t>Residente</w:t>
      </w:r>
      <w:r w:rsidR="00DE0675" w:rsidRPr="00307FA4">
        <w:rPr>
          <w:rFonts w:asciiTheme="majorHAnsi" w:eastAsia="Cambria" w:hAnsiTheme="majorHAnsi" w:cstheme="majorHAnsi"/>
          <w:color w:val="000000"/>
          <w:lang w:val="it-IT"/>
        </w:rPr>
        <w:t xml:space="preserve"> a ____________________________________ in via_______________________</w:t>
      </w:r>
      <w:r w:rsidRPr="00307FA4">
        <w:rPr>
          <w:rFonts w:asciiTheme="majorHAnsi" w:eastAsia="Cambria" w:hAnsiTheme="majorHAnsi" w:cstheme="majorHAnsi"/>
          <w:color w:val="000000"/>
          <w:w w:val="101"/>
          <w:lang w:val="it-IT"/>
        </w:rPr>
        <w:t xml:space="preserve"> </w:t>
      </w:r>
      <w:r w:rsidRPr="00307FA4">
        <w:rPr>
          <w:rFonts w:asciiTheme="majorHAnsi" w:eastAsia="Cambria" w:hAnsiTheme="majorHAnsi" w:cstheme="majorHAnsi"/>
          <w:color w:val="000000"/>
          <w:lang w:val="it-IT"/>
        </w:rPr>
        <w:t>Ce</w:t>
      </w:r>
      <w:r w:rsidR="00DE0675" w:rsidRPr="00307FA4">
        <w:rPr>
          <w:rFonts w:asciiTheme="majorHAnsi" w:eastAsia="Cambria" w:hAnsiTheme="majorHAnsi" w:cstheme="majorHAnsi"/>
          <w:color w:val="000000"/>
          <w:lang w:val="it-IT"/>
        </w:rPr>
        <w:t>ll. __________________________________________</w:t>
      </w:r>
    </w:p>
    <w:p w14:paraId="1111EE91" w14:textId="77777777" w:rsidR="00D90D04" w:rsidRPr="00307FA4" w:rsidRDefault="007A0736" w:rsidP="00307FA4">
      <w:pPr>
        <w:wordWrap w:val="0"/>
        <w:autoSpaceDE w:val="0"/>
        <w:autoSpaceDN w:val="0"/>
        <w:spacing w:before="564" w:after="19" w:line="240" w:lineRule="auto"/>
        <w:ind w:left="69"/>
        <w:jc w:val="both"/>
        <w:rPr>
          <w:rFonts w:asciiTheme="majorHAnsi" w:eastAsia="Cambria" w:hAnsiTheme="majorHAnsi" w:cstheme="majorHAnsi"/>
          <w:color w:val="000000"/>
          <w:spacing w:val="-2"/>
          <w:lang w:val="it-IT"/>
        </w:rPr>
      </w:pPr>
      <w:r w:rsidRPr="00307FA4">
        <w:rPr>
          <w:rFonts w:asciiTheme="majorHAnsi" w:eastAsia="Cambria" w:hAnsiTheme="majorHAnsi" w:cstheme="majorHAnsi"/>
          <w:color w:val="000000"/>
          <w:lang w:val="it-IT"/>
        </w:rPr>
        <w:t>In</w:t>
      </w:r>
      <w:r w:rsidR="00DE0675" w:rsidRPr="00307FA4">
        <w:rPr>
          <w:rFonts w:asciiTheme="majorHAnsi" w:eastAsia="Cambria" w:hAnsiTheme="majorHAnsi" w:cstheme="majorHAnsi"/>
          <w:color w:val="000000"/>
          <w:lang w:val="it-IT"/>
        </w:rPr>
        <w:t xml:space="preserve"> </w:t>
      </w:r>
      <w:r w:rsidRPr="00307FA4">
        <w:rPr>
          <w:rFonts w:asciiTheme="majorHAnsi" w:eastAsia="Cambria" w:hAnsiTheme="majorHAnsi" w:cstheme="majorHAnsi"/>
          <w:color w:val="000000"/>
          <w:lang w:val="it-IT"/>
        </w:rPr>
        <w:t>qualità</w:t>
      </w:r>
      <w:r w:rsidR="00DE0675" w:rsidRPr="00307FA4">
        <w:rPr>
          <w:rFonts w:asciiTheme="majorHAnsi" w:eastAsia="Cambria" w:hAnsiTheme="majorHAnsi" w:cstheme="majorHAnsi"/>
          <w:color w:val="000000"/>
          <w:lang w:val="it-IT"/>
        </w:rPr>
        <w:t xml:space="preserve"> </w:t>
      </w:r>
      <w:r w:rsidRPr="00307FA4">
        <w:rPr>
          <w:rFonts w:asciiTheme="majorHAnsi" w:eastAsia="Cambria" w:hAnsiTheme="majorHAnsi" w:cstheme="majorHAnsi"/>
          <w:color w:val="000000"/>
          <w:lang w:val="it-IT"/>
        </w:rPr>
        <w:t>di</w:t>
      </w:r>
      <w:r w:rsidR="00DE0675" w:rsidRPr="00307FA4">
        <w:rPr>
          <w:rFonts w:asciiTheme="majorHAnsi" w:eastAsia="Cambria" w:hAnsiTheme="majorHAnsi" w:cstheme="majorHAnsi"/>
          <w:color w:val="000000"/>
          <w:lang w:val="it-IT"/>
        </w:rPr>
        <w:t xml:space="preserve"> </w:t>
      </w:r>
      <w:r w:rsidRPr="00307FA4">
        <w:rPr>
          <w:rFonts w:asciiTheme="majorHAnsi" w:eastAsia="Cambria" w:hAnsiTheme="majorHAnsi" w:cstheme="majorHAnsi"/>
          <w:color w:val="000000"/>
          <w:w w:val="101"/>
          <w:lang w:val="it-IT"/>
        </w:rPr>
        <w:t>genitori</w:t>
      </w:r>
      <w:r w:rsidRPr="00307FA4">
        <w:rPr>
          <w:rFonts w:asciiTheme="majorHAnsi" w:eastAsia="Cambria" w:hAnsiTheme="majorHAnsi" w:cstheme="majorHAnsi"/>
          <w:color w:val="000000"/>
          <w:lang w:val="it-IT"/>
        </w:rPr>
        <w:t>/esercente</w:t>
      </w:r>
      <w:r w:rsidR="00DE0675" w:rsidRPr="00307FA4">
        <w:rPr>
          <w:rFonts w:asciiTheme="majorHAnsi" w:eastAsia="Cambria" w:hAnsiTheme="majorHAnsi" w:cstheme="majorHAnsi"/>
          <w:color w:val="000000"/>
          <w:lang w:val="it-IT"/>
        </w:rPr>
        <w:t xml:space="preserve"> </w:t>
      </w:r>
      <w:r w:rsidRPr="00307FA4">
        <w:rPr>
          <w:rFonts w:asciiTheme="majorHAnsi" w:eastAsia="Cambria" w:hAnsiTheme="majorHAnsi" w:cstheme="majorHAnsi"/>
          <w:color w:val="000000"/>
          <w:lang w:val="it-IT"/>
        </w:rPr>
        <w:t>la</w:t>
      </w:r>
      <w:r w:rsidR="00DE0675" w:rsidRPr="00307FA4">
        <w:rPr>
          <w:rFonts w:asciiTheme="majorHAnsi" w:eastAsia="Cambria" w:hAnsiTheme="majorHAnsi" w:cstheme="majorHAnsi"/>
          <w:color w:val="000000"/>
          <w:lang w:val="it-IT"/>
        </w:rPr>
        <w:t xml:space="preserve"> </w:t>
      </w:r>
      <w:r w:rsidRPr="00307FA4">
        <w:rPr>
          <w:rFonts w:asciiTheme="majorHAnsi" w:eastAsia="Cambria" w:hAnsiTheme="majorHAnsi" w:cstheme="majorHAnsi"/>
          <w:color w:val="000000"/>
          <w:lang w:val="it-IT"/>
        </w:rPr>
        <w:t>Responsabilità</w:t>
      </w:r>
      <w:r w:rsidR="00DE0675" w:rsidRPr="00307FA4">
        <w:rPr>
          <w:rFonts w:asciiTheme="majorHAnsi" w:eastAsia="Cambria" w:hAnsiTheme="majorHAnsi" w:cstheme="majorHAnsi"/>
          <w:color w:val="000000"/>
          <w:lang w:val="it-IT"/>
        </w:rPr>
        <w:t xml:space="preserve"> </w:t>
      </w:r>
      <w:r w:rsidRPr="00307FA4">
        <w:rPr>
          <w:rFonts w:asciiTheme="majorHAnsi" w:eastAsia="Cambria" w:hAnsiTheme="majorHAnsi" w:cstheme="majorHAnsi"/>
          <w:color w:val="000000"/>
          <w:lang w:val="it-IT"/>
        </w:rPr>
        <w:t>genitoriale</w:t>
      </w:r>
      <w:r w:rsidR="00DE0675" w:rsidRPr="00307FA4">
        <w:rPr>
          <w:rFonts w:asciiTheme="majorHAnsi" w:eastAsia="Cambria" w:hAnsiTheme="majorHAnsi" w:cstheme="majorHAnsi"/>
          <w:color w:val="000000"/>
          <w:lang w:val="it-IT"/>
        </w:rPr>
        <w:t xml:space="preserve"> </w:t>
      </w:r>
      <w:r w:rsidRPr="00307FA4">
        <w:rPr>
          <w:rFonts w:asciiTheme="majorHAnsi" w:eastAsia="Cambria" w:hAnsiTheme="majorHAnsi" w:cstheme="majorHAnsi"/>
          <w:color w:val="000000"/>
          <w:spacing w:val="-2"/>
          <w:lang w:val="it-IT"/>
        </w:rPr>
        <w:t>di</w:t>
      </w:r>
      <w:r w:rsidR="00DE0675" w:rsidRPr="00307FA4">
        <w:rPr>
          <w:rFonts w:asciiTheme="majorHAnsi" w:eastAsia="Cambria" w:hAnsiTheme="majorHAnsi" w:cstheme="majorHAnsi"/>
          <w:color w:val="000000"/>
          <w:spacing w:val="-2"/>
          <w:lang w:val="it-IT"/>
        </w:rPr>
        <w:t>____________</w:t>
      </w:r>
      <w:r w:rsidRPr="00307FA4">
        <w:rPr>
          <w:rFonts w:asciiTheme="majorHAnsi" w:eastAsia="Cambria" w:hAnsiTheme="majorHAnsi" w:cstheme="majorHAnsi"/>
          <w:color w:val="000000"/>
          <w:spacing w:val="-2"/>
          <w:lang w:val="it-IT"/>
        </w:rPr>
        <w:t>__________________________</w:t>
      </w:r>
    </w:p>
    <w:p w14:paraId="77F9E2E0" w14:textId="77777777" w:rsidR="00DE0675" w:rsidRPr="00307FA4" w:rsidRDefault="007A0736" w:rsidP="00307FA4">
      <w:pPr>
        <w:wordWrap w:val="0"/>
        <w:autoSpaceDE w:val="0"/>
        <w:autoSpaceDN w:val="0"/>
        <w:spacing w:before="38" w:after="18" w:line="240" w:lineRule="auto"/>
        <w:jc w:val="both"/>
        <w:rPr>
          <w:rFonts w:asciiTheme="majorHAnsi" w:hAnsiTheme="majorHAnsi" w:cstheme="majorHAnsi"/>
          <w:lang w:val="it-IT"/>
        </w:rPr>
      </w:pPr>
      <w:r w:rsidRPr="00307FA4">
        <w:rPr>
          <w:rFonts w:asciiTheme="majorHAnsi" w:hAnsiTheme="majorHAnsi" w:cstheme="majorHAnsi"/>
          <w:lang w:val="it-IT"/>
        </w:rPr>
        <w:t xml:space="preserve">  </w:t>
      </w:r>
      <w:r w:rsidRPr="00307FA4">
        <w:rPr>
          <w:rFonts w:asciiTheme="majorHAnsi" w:eastAsia="Cambria" w:hAnsiTheme="majorHAnsi" w:cstheme="majorHAnsi"/>
          <w:color w:val="000000"/>
          <w:lang w:val="it-IT"/>
        </w:rPr>
        <w:t>Nato</w:t>
      </w:r>
      <w:r w:rsidR="00DE0675" w:rsidRPr="00307FA4">
        <w:rPr>
          <w:rFonts w:asciiTheme="majorHAnsi" w:eastAsia="Cambria" w:hAnsiTheme="majorHAnsi" w:cstheme="majorHAnsi"/>
          <w:color w:val="000000"/>
          <w:lang w:val="it-IT"/>
        </w:rPr>
        <w:t xml:space="preserve"> a___________________________________________ il __________________</w:t>
      </w:r>
      <w:r w:rsidR="00DE0675" w:rsidRPr="00307FA4">
        <w:rPr>
          <w:rFonts w:asciiTheme="majorHAnsi" w:hAnsiTheme="majorHAnsi" w:cstheme="majorHAnsi"/>
          <w:lang w:val="it-IT"/>
        </w:rPr>
        <w:t xml:space="preserve"> e residente a______________________  (_______) </w:t>
      </w:r>
      <w:r w:rsidRPr="00307FA4">
        <w:rPr>
          <w:rFonts w:asciiTheme="majorHAnsi" w:hAnsiTheme="majorHAnsi" w:cstheme="majorHAnsi"/>
          <w:lang w:val="it-IT"/>
        </w:rPr>
        <w:t xml:space="preserve"> </w:t>
      </w:r>
      <w:r w:rsidR="00DE0675" w:rsidRPr="00307FA4">
        <w:rPr>
          <w:rFonts w:asciiTheme="majorHAnsi" w:hAnsiTheme="majorHAnsi" w:cstheme="majorHAnsi"/>
          <w:lang w:val="it-IT"/>
        </w:rPr>
        <w:t>in via __________________________</w:t>
      </w:r>
      <w:r w:rsidRPr="00307FA4">
        <w:rPr>
          <w:rFonts w:asciiTheme="majorHAnsi" w:hAnsiTheme="majorHAnsi" w:cstheme="majorHAnsi"/>
          <w:lang w:val="it-IT"/>
        </w:rPr>
        <w:t>___________________________________</w:t>
      </w:r>
    </w:p>
    <w:p w14:paraId="4881A00A" w14:textId="77777777" w:rsidR="00D90D04" w:rsidRPr="00307FA4" w:rsidRDefault="007A0736" w:rsidP="00307FA4">
      <w:pPr>
        <w:wordWrap w:val="0"/>
        <w:autoSpaceDE w:val="0"/>
        <w:autoSpaceDN w:val="0"/>
        <w:spacing w:before="554" w:after="150" w:line="240" w:lineRule="auto"/>
        <w:jc w:val="both"/>
        <w:rPr>
          <w:rFonts w:asciiTheme="majorHAnsi" w:eastAsia="Cambria" w:hAnsiTheme="majorHAnsi" w:cstheme="majorHAnsi"/>
          <w:color w:val="000000"/>
          <w:lang w:val="it-IT"/>
        </w:rPr>
      </w:pPr>
      <w:r w:rsidRPr="00307FA4">
        <w:rPr>
          <w:rFonts w:asciiTheme="majorHAnsi" w:eastAsia="Cambria" w:hAnsiTheme="majorHAnsi" w:cstheme="majorHAnsi"/>
          <w:color w:val="000000"/>
          <w:lang w:val="it-IT"/>
        </w:rPr>
        <w:t xml:space="preserve">                                                                                </w:t>
      </w:r>
      <w:r w:rsidRPr="00307FA4">
        <w:rPr>
          <w:rFonts w:asciiTheme="majorHAnsi" w:eastAsia="Cambria" w:hAnsiTheme="majorHAnsi" w:cstheme="majorHAnsi"/>
          <w:b/>
          <w:color w:val="000000"/>
          <w:lang w:val="it-IT"/>
        </w:rPr>
        <w:t>AUTORIZZANO</w:t>
      </w:r>
    </w:p>
    <w:p w14:paraId="2FE5726E" w14:textId="77777777" w:rsidR="00D90D04" w:rsidRPr="00307FA4" w:rsidRDefault="007A0736" w:rsidP="00307FA4">
      <w:pPr>
        <w:wordWrap w:val="0"/>
        <w:autoSpaceDE w:val="0"/>
        <w:autoSpaceDN w:val="0"/>
        <w:spacing w:before="300" w:after="276" w:line="240" w:lineRule="auto"/>
        <w:jc w:val="both"/>
        <w:rPr>
          <w:rFonts w:asciiTheme="majorHAnsi" w:hAnsiTheme="majorHAnsi" w:cstheme="majorHAnsi"/>
          <w:lang w:val="it-IT"/>
        </w:rPr>
      </w:pPr>
      <w:r w:rsidRPr="00307FA4">
        <w:rPr>
          <w:rFonts w:asciiTheme="majorHAnsi" w:eastAsia="Cambria" w:hAnsiTheme="majorHAnsi" w:cstheme="majorHAnsi"/>
          <w:color w:val="000000"/>
          <w:w w:val="101"/>
          <w:lang w:val="it-IT"/>
        </w:rPr>
        <w:t>Il</w:t>
      </w:r>
      <w:r w:rsidRPr="00307FA4">
        <w:rPr>
          <w:rFonts w:asciiTheme="majorHAnsi" w:eastAsia="Cambria" w:hAnsiTheme="majorHAnsi" w:cstheme="majorHAnsi"/>
          <w:color w:val="000000"/>
          <w:lang w:val="it-IT"/>
        </w:rPr>
        <w:t>/La</w:t>
      </w:r>
      <w:r w:rsidR="00DE0675" w:rsidRPr="00307FA4">
        <w:rPr>
          <w:rFonts w:asciiTheme="majorHAnsi" w:eastAsia="Cambria" w:hAnsiTheme="majorHAnsi" w:cstheme="majorHAnsi"/>
          <w:color w:val="000000"/>
          <w:lang w:val="it-IT"/>
        </w:rPr>
        <w:t xml:space="preserve"> </w:t>
      </w:r>
      <w:r w:rsidRPr="00307FA4">
        <w:rPr>
          <w:rFonts w:asciiTheme="majorHAnsi" w:eastAsia="Cambria" w:hAnsiTheme="majorHAnsi" w:cstheme="majorHAnsi"/>
          <w:color w:val="000000"/>
          <w:lang w:val="it-IT"/>
        </w:rPr>
        <w:t>proprio/</w:t>
      </w:r>
      <w:r w:rsidRPr="00307FA4">
        <w:rPr>
          <w:rFonts w:asciiTheme="majorHAnsi" w:eastAsia="Cambria" w:hAnsiTheme="majorHAnsi" w:cstheme="majorHAnsi"/>
          <w:color w:val="000000"/>
          <w:w w:val="101"/>
          <w:lang w:val="it-IT"/>
        </w:rPr>
        <w:t>a</w:t>
      </w:r>
      <w:r w:rsidR="00DE0675" w:rsidRPr="00307FA4">
        <w:rPr>
          <w:rFonts w:asciiTheme="majorHAnsi" w:eastAsia="Cambria" w:hAnsiTheme="majorHAnsi" w:cstheme="majorHAnsi"/>
          <w:color w:val="000000"/>
          <w:w w:val="101"/>
          <w:lang w:val="it-IT"/>
        </w:rPr>
        <w:t xml:space="preserve"> </w:t>
      </w:r>
      <w:r w:rsidRPr="00307FA4">
        <w:rPr>
          <w:rFonts w:asciiTheme="majorHAnsi" w:eastAsia="Cambria" w:hAnsiTheme="majorHAnsi" w:cstheme="majorHAnsi"/>
          <w:color w:val="000000"/>
          <w:lang w:val="it-IT"/>
        </w:rPr>
        <w:t>figlio</w:t>
      </w:r>
      <w:r w:rsidRPr="00307FA4">
        <w:rPr>
          <w:rFonts w:asciiTheme="majorHAnsi" w:eastAsia="Cambria" w:hAnsiTheme="majorHAnsi" w:cstheme="majorHAnsi"/>
          <w:color w:val="000000"/>
          <w:spacing w:val="-2"/>
          <w:lang w:val="it-IT"/>
        </w:rPr>
        <w:t>/</w:t>
      </w:r>
      <w:r w:rsidRPr="00307FA4">
        <w:rPr>
          <w:rFonts w:asciiTheme="majorHAnsi" w:eastAsia="Cambria" w:hAnsiTheme="majorHAnsi" w:cstheme="majorHAnsi"/>
          <w:color w:val="000000"/>
          <w:w w:val="101"/>
          <w:lang w:val="it-IT"/>
        </w:rPr>
        <w:t>a</w:t>
      </w:r>
      <w:r w:rsidRPr="00307FA4">
        <w:rPr>
          <w:rFonts w:asciiTheme="majorHAnsi" w:eastAsia="Cambria" w:hAnsiTheme="majorHAnsi" w:cstheme="majorHAnsi"/>
          <w:color w:val="000000"/>
          <w:lang w:val="it-IT"/>
        </w:rPr>
        <w:t>_______________________________________________________________________________________</w:t>
      </w:r>
    </w:p>
    <w:p w14:paraId="2144AFE8" w14:textId="7D9E28BF" w:rsidR="00307FA4" w:rsidRDefault="007A0736" w:rsidP="00571F07">
      <w:pPr>
        <w:wordWrap w:val="0"/>
        <w:autoSpaceDE w:val="0"/>
        <w:autoSpaceDN w:val="0"/>
        <w:spacing w:before="552" w:after="18" w:line="240" w:lineRule="auto"/>
        <w:ind w:left="69"/>
        <w:jc w:val="both"/>
        <w:rPr>
          <w:rFonts w:asciiTheme="majorHAnsi" w:eastAsia="Cambria" w:hAnsiTheme="majorHAnsi" w:cstheme="majorHAnsi"/>
          <w:color w:val="000000"/>
          <w:w w:val="99"/>
          <w:sz w:val="20"/>
          <w:szCs w:val="20"/>
          <w:lang w:val="it-IT"/>
        </w:rPr>
      </w:pPr>
      <w:r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>A</w:t>
      </w:r>
      <w:r w:rsidR="00DE0675"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 xml:space="preserve"> </w:t>
      </w:r>
      <w:r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>partecipare</w:t>
      </w:r>
      <w:r w:rsidR="00DE0675"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 xml:space="preserve"> </w:t>
      </w:r>
      <w:r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>alla</w:t>
      </w:r>
      <w:r w:rsidR="00DE0675"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 xml:space="preserve"> </w:t>
      </w:r>
      <w:r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>visita</w:t>
      </w:r>
      <w:r w:rsidR="00DE0675"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 xml:space="preserve"> </w:t>
      </w:r>
      <w:r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>guidata</w:t>
      </w:r>
      <w:r w:rsidR="00DE0675"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 xml:space="preserve"> </w:t>
      </w:r>
      <w:r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>presso</w:t>
      </w:r>
      <w:r w:rsidR="00DE0675"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 xml:space="preserve"> </w:t>
      </w:r>
      <w:r w:rsidRPr="008D16F8">
        <w:rPr>
          <w:rFonts w:asciiTheme="majorHAnsi" w:eastAsia="Cambria" w:hAnsiTheme="majorHAnsi" w:cstheme="majorHAnsi"/>
          <w:color w:val="000000"/>
          <w:w w:val="101"/>
          <w:sz w:val="20"/>
          <w:szCs w:val="20"/>
          <w:lang w:val="it-IT"/>
        </w:rPr>
        <w:t>il</w:t>
      </w:r>
      <w:r w:rsidR="00DE0675" w:rsidRPr="008D16F8">
        <w:rPr>
          <w:rFonts w:asciiTheme="majorHAnsi" w:eastAsia="Cambria" w:hAnsiTheme="majorHAnsi" w:cstheme="majorHAnsi"/>
          <w:color w:val="000000"/>
          <w:w w:val="101"/>
          <w:sz w:val="20"/>
          <w:szCs w:val="20"/>
          <w:lang w:val="it-IT"/>
        </w:rPr>
        <w:t xml:space="preserve"> </w:t>
      </w:r>
      <w:r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>Museo</w:t>
      </w:r>
      <w:r w:rsidR="00DE0675"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 xml:space="preserve"> </w:t>
      </w:r>
      <w:r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>ferroviario</w:t>
      </w:r>
      <w:r w:rsidR="00DE0675"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 xml:space="preserve"> </w:t>
      </w:r>
      <w:r w:rsidRPr="008D16F8">
        <w:rPr>
          <w:rFonts w:asciiTheme="majorHAnsi" w:eastAsia="Cambria" w:hAnsiTheme="majorHAnsi" w:cstheme="majorHAnsi"/>
          <w:color w:val="000000"/>
          <w:w w:val="99"/>
          <w:sz w:val="20"/>
          <w:szCs w:val="20"/>
          <w:lang w:val="it-IT"/>
        </w:rPr>
        <w:t>di</w:t>
      </w:r>
      <w:r w:rsidR="00DE0675" w:rsidRPr="008D16F8">
        <w:rPr>
          <w:rFonts w:asciiTheme="majorHAnsi" w:eastAsia="Cambria" w:hAnsiTheme="majorHAnsi" w:cstheme="majorHAnsi"/>
          <w:color w:val="000000"/>
          <w:w w:val="99"/>
          <w:sz w:val="20"/>
          <w:szCs w:val="20"/>
          <w:lang w:val="it-IT"/>
        </w:rPr>
        <w:t xml:space="preserve"> </w:t>
      </w:r>
      <w:proofErr w:type="spellStart"/>
      <w:r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>Pietrarsa</w:t>
      </w:r>
      <w:proofErr w:type="spellEnd"/>
      <w:r w:rsidR="00DE0675"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 xml:space="preserve"> </w:t>
      </w:r>
      <w:r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>(</w:t>
      </w:r>
      <w:r w:rsidRPr="008D16F8">
        <w:rPr>
          <w:rFonts w:asciiTheme="majorHAnsi" w:eastAsia="Cambria" w:hAnsiTheme="majorHAnsi" w:cstheme="majorHAnsi"/>
          <w:color w:val="000000"/>
          <w:w w:val="99"/>
          <w:sz w:val="20"/>
          <w:szCs w:val="20"/>
          <w:lang w:val="it-IT"/>
        </w:rPr>
        <w:t>NA</w:t>
      </w:r>
      <w:r w:rsidRPr="008D16F8">
        <w:rPr>
          <w:rFonts w:asciiTheme="majorHAnsi" w:eastAsia="Cambria" w:hAnsiTheme="majorHAnsi" w:cstheme="majorHAnsi"/>
          <w:color w:val="000000"/>
          <w:spacing w:val="2"/>
          <w:sz w:val="20"/>
          <w:szCs w:val="20"/>
          <w:lang w:val="it-IT"/>
        </w:rPr>
        <w:t>)</w:t>
      </w:r>
      <w:r w:rsidR="00DE0675" w:rsidRPr="008D16F8">
        <w:rPr>
          <w:rFonts w:asciiTheme="majorHAnsi" w:eastAsia="Cambria" w:hAnsiTheme="majorHAnsi" w:cstheme="majorHAnsi"/>
          <w:color w:val="000000"/>
          <w:spacing w:val="2"/>
          <w:sz w:val="20"/>
          <w:szCs w:val="20"/>
          <w:lang w:val="it-IT"/>
        </w:rPr>
        <w:t xml:space="preserve"> </w:t>
      </w:r>
      <w:r w:rsidRPr="008D16F8">
        <w:rPr>
          <w:rFonts w:asciiTheme="majorHAnsi" w:eastAsia="Cambria" w:hAnsiTheme="majorHAnsi" w:cstheme="majorHAnsi"/>
          <w:color w:val="000000"/>
          <w:w w:val="101"/>
          <w:sz w:val="20"/>
          <w:szCs w:val="20"/>
          <w:lang w:val="it-IT"/>
        </w:rPr>
        <w:t>il</w:t>
      </w:r>
      <w:r w:rsidR="00DE0675" w:rsidRPr="008D16F8">
        <w:rPr>
          <w:rFonts w:asciiTheme="majorHAnsi" w:eastAsia="Cambria" w:hAnsiTheme="majorHAnsi" w:cstheme="majorHAnsi"/>
          <w:color w:val="000000"/>
          <w:w w:val="101"/>
          <w:sz w:val="20"/>
          <w:szCs w:val="20"/>
          <w:lang w:val="it-IT"/>
        </w:rPr>
        <w:t xml:space="preserve"> </w:t>
      </w:r>
      <w:r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>giorno</w:t>
      </w:r>
      <w:r w:rsidR="00DE0675"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 xml:space="preserve"> </w:t>
      </w:r>
      <w:r w:rsidR="00DE0675" w:rsidRPr="008D16F8">
        <w:rPr>
          <w:rFonts w:asciiTheme="majorHAnsi" w:eastAsia="Cambria" w:hAnsiTheme="majorHAnsi" w:cstheme="majorHAnsi"/>
          <w:color w:val="000000"/>
          <w:w w:val="99"/>
          <w:sz w:val="20"/>
          <w:szCs w:val="20"/>
          <w:lang w:val="it-IT"/>
        </w:rPr>
        <w:t>17 maggio 2025</w:t>
      </w:r>
      <w:r w:rsidR="00571F07">
        <w:rPr>
          <w:rFonts w:asciiTheme="majorHAnsi" w:eastAsia="Cambria" w:hAnsiTheme="majorHAnsi" w:cstheme="majorHAnsi"/>
          <w:color w:val="000000"/>
          <w:w w:val="99"/>
          <w:sz w:val="20"/>
          <w:szCs w:val="20"/>
          <w:lang w:val="it-IT"/>
        </w:rPr>
        <w:t>,</w:t>
      </w:r>
      <w:r w:rsidR="00307FA4" w:rsidRPr="008D16F8">
        <w:rPr>
          <w:rFonts w:asciiTheme="majorHAnsi" w:eastAsia="Cambria" w:hAnsiTheme="majorHAnsi" w:cstheme="majorHAnsi"/>
          <w:color w:val="000000"/>
          <w:w w:val="99"/>
          <w:sz w:val="20"/>
          <w:szCs w:val="20"/>
          <w:lang w:val="it-IT"/>
        </w:rPr>
        <w:t xml:space="preserve"> </w:t>
      </w:r>
      <w:r w:rsidR="00571F07">
        <w:rPr>
          <w:rFonts w:asciiTheme="majorHAnsi" w:eastAsia="Cambria" w:hAnsiTheme="majorHAnsi" w:cstheme="majorHAnsi"/>
          <w:color w:val="000000"/>
          <w:w w:val="99"/>
          <w:sz w:val="20"/>
          <w:szCs w:val="20"/>
          <w:lang w:val="it-IT"/>
        </w:rPr>
        <w:t>a</w:t>
      </w:r>
      <w:r w:rsidR="00DE0675"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 xml:space="preserve">ccettando </w:t>
      </w:r>
      <w:proofErr w:type="spellStart"/>
      <w:r w:rsidR="00DE0675"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>inte</w:t>
      </w:r>
      <w:r w:rsidR="00571F07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>grt</w:t>
      </w:r>
      <w:r w:rsidR="00DE0675"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>almente</w:t>
      </w:r>
      <w:proofErr w:type="spellEnd"/>
      <w:r w:rsidR="00DE0675"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>, senza condizioni, le indicazioni organizzative e logistiche.</w:t>
      </w:r>
    </w:p>
    <w:p w14:paraId="378E2950" w14:textId="2081E831" w:rsidR="00571F07" w:rsidRDefault="00571F07" w:rsidP="00571F07">
      <w:pPr>
        <w:wordWrap w:val="0"/>
        <w:autoSpaceDE w:val="0"/>
        <w:autoSpaceDN w:val="0"/>
        <w:spacing w:before="552" w:after="18" w:line="240" w:lineRule="auto"/>
        <w:ind w:left="69"/>
        <w:jc w:val="both"/>
        <w:rPr>
          <w:rFonts w:asciiTheme="majorHAnsi" w:eastAsia="Cambria" w:hAnsiTheme="majorHAnsi" w:cstheme="majorHAnsi"/>
          <w:color w:val="000000"/>
          <w:w w:val="99"/>
          <w:sz w:val="20"/>
          <w:szCs w:val="20"/>
          <w:lang w:val="it-IT"/>
        </w:rPr>
      </w:pPr>
    </w:p>
    <w:p w14:paraId="32B56ACE" w14:textId="74CF33DB" w:rsidR="00DB4258" w:rsidRDefault="00DB4258" w:rsidP="00571F07">
      <w:pPr>
        <w:wordWrap w:val="0"/>
        <w:autoSpaceDE w:val="0"/>
        <w:autoSpaceDN w:val="0"/>
        <w:spacing w:before="552" w:after="18" w:line="240" w:lineRule="auto"/>
        <w:ind w:left="69"/>
        <w:jc w:val="both"/>
        <w:rPr>
          <w:rFonts w:asciiTheme="majorHAnsi" w:eastAsia="Cambria" w:hAnsiTheme="majorHAnsi" w:cstheme="majorHAnsi"/>
          <w:color w:val="000000"/>
          <w:w w:val="99"/>
          <w:sz w:val="20"/>
          <w:szCs w:val="20"/>
          <w:lang w:val="it-IT"/>
        </w:rPr>
      </w:pPr>
    </w:p>
    <w:p w14:paraId="4C053C4A" w14:textId="7FE6B3BA" w:rsidR="00DB4258" w:rsidRDefault="00DB4258" w:rsidP="00571F07">
      <w:pPr>
        <w:wordWrap w:val="0"/>
        <w:autoSpaceDE w:val="0"/>
        <w:autoSpaceDN w:val="0"/>
        <w:spacing w:before="552" w:after="18" w:line="240" w:lineRule="auto"/>
        <w:ind w:left="69"/>
        <w:jc w:val="both"/>
        <w:rPr>
          <w:rFonts w:asciiTheme="majorHAnsi" w:eastAsia="Cambria" w:hAnsiTheme="majorHAnsi" w:cstheme="majorHAnsi"/>
          <w:color w:val="000000"/>
          <w:w w:val="99"/>
          <w:sz w:val="20"/>
          <w:szCs w:val="20"/>
          <w:lang w:val="it-IT"/>
        </w:rPr>
      </w:pPr>
    </w:p>
    <w:p w14:paraId="5089E666" w14:textId="77777777" w:rsidR="00DB4258" w:rsidRPr="00571F07" w:rsidRDefault="00DB4258" w:rsidP="00571F07">
      <w:pPr>
        <w:wordWrap w:val="0"/>
        <w:autoSpaceDE w:val="0"/>
        <w:autoSpaceDN w:val="0"/>
        <w:spacing w:before="552" w:after="18" w:line="240" w:lineRule="auto"/>
        <w:ind w:left="69"/>
        <w:jc w:val="both"/>
        <w:rPr>
          <w:rFonts w:asciiTheme="majorHAnsi" w:eastAsia="Cambria" w:hAnsiTheme="majorHAnsi" w:cstheme="majorHAnsi"/>
          <w:color w:val="000000"/>
          <w:w w:val="99"/>
          <w:sz w:val="20"/>
          <w:szCs w:val="20"/>
          <w:lang w:val="it-IT"/>
        </w:rPr>
      </w:pPr>
    </w:p>
    <w:p w14:paraId="631D14CC" w14:textId="22D5D154" w:rsidR="00D90D04" w:rsidRPr="00571F07" w:rsidRDefault="007A0736" w:rsidP="00571F07">
      <w:pPr>
        <w:wordWrap w:val="0"/>
        <w:autoSpaceDE w:val="0"/>
        <w:autoSpaceDN w:val="0"/>
        <w:spacing w:before="293" w:after="19" w:line="240" w:lineRule="auto"/>
        <w:jc w:val="both"/>
        <w:rPr>
          <w:rFonts w:asciiTheme="majorHAnsi" w:hAnsiTheme="majorHAnsi" w:cstheme="majorHAnsi"/>
          <w:b/>
          <w:sz w:val="20"/>
          <w:szCs w:val="20"/>
          <w:lang w:val="it-IT"/>
        </w:rPr>
      </w:pPr>
      <w:r w:rsidRPr="00571F07">
        <w:rPr>
          <w:rFonts w:asciiTheme="majorHAnsi" w:eastAsia="Cambria" w:hAnsiTheme="majorHAnsi" w:cstheme="majorHAnsi"/>
          <w:b/>
          <w:color w:val="000000"/>
          <w:sz w:val="20"/>
          <w:szCs w:val="20"/>
          <w:lang w:val="it-IT"/>
        </w:rPr>
        <w:t xml:space="preserve">AUTORIZZA/NO LA RACCOLTA E IL TRATTAMENTO </w:t>
      </w:r>
      <w:r w:rsidRPr="00571F07">
        <w:rPr>
          <w:rFonts w:asciiTheme="majorHAnsi" w:eastAsia="Cambria" w:hAnsiTheme="majorHAnsi" w:cstheme="majorHAnsi"/>
          <w:b/>
          <w:color w:val="000000"/>
          <w:w w:val="101"/>
          <w:sz w:val="20"/>
          <w:szCs w:val="20"/>
          <w:lang w:val="it-IT"/>
        </w:rPr>
        <w:t xml:space="preserve">DEI </w:t>
      </w:r>
      <w:r w:rsidRPr="00571F07">
        <w:rPr>
          <w:rFonts w:asciiTheme="majorHAnsi" w:eastAsia="Cambria" w:hAnsiTheme="majorHAnsi" w:cstheme="majorHAnsi"/>
          <w:b/>
          <w:color w:val="000000"/>
          <w:sz w:val="20"/>
          <w:szCs w:val="20"/>
          <w:lang w:val="it-IT"/>
        </w:rPr>
        <w:t>DATI DEL MINORE NECESSARI</w:t>
      </w:r>
      <w:r w:rsidR="00571F07">
        <w:rPr>
          <w:rFonts w:asciiTheme="majorHAnsi" w:eastAsia="Cambria" w:hAnsiTheme="majorHAnsi" w:cstheme="majorHAnsi"/>
          <w:b/>
          <w:color w:val="000000"/>
          <w:sz w:val="20"/>
          <w:szCs w:val="20"/>
          <w:lang w:val="it-IT"/>
        </w:rPr>
        <w:t>:</w:t>
      </w:r>
    </w:p>
    <w:p w14:paraId="6DB3B4D1" w14:textId="77777777" w:rsidR="008D16F8" w:rsidRPr="008F1796" w:rsidRDefault="008D16F8" w:rsidP="008D16F8">
      <w:pPr>
        <w:pStyle w:val="Paragrafoelenco"/>
        <w:wordWrap w:val="0"/>
        <w:autoSpaceDE w:val="0"/>
        <w:autoSpaceDN w:val="0"/>
        <w:spacing w:before="293" w:after="19" w:line="240" w:lineRule="auto"/>
        <w:ind w:left="429"/>
        <w:jc w:val="both"/>
        <w:rPr>
          <w:rFonts w:asciiTheme="majorHAnsi" w:hAnsiTheme="majorHAnsi" w:cstheme="majorHAnsi"/>
          <w:b/>
          <w:sz w:val="20"/>
          <w:szCs w:val="20"/>
          <w:lang w:val="it-IT"/>
        </w:rPr>
      </w:pPr>
    </w:p>
    <w:p w14:paraId="222CA68C" w14:textId="77777777" w:rsidR="00307FA4" w:rsidRPr="008D16F8" w:rsidRDefault="007A0736" w:rsidP="008F1796">
      <w:pPr>
        <w:pStyle w:val="Paragrafoelenco"/>
        <w:numPr>
          <w:ilvl w:val="0"/>
          <w:numId w:val="12"/>
        </w:numPr>
        <w:wordWrap w:val="0"/>
        <w:autoSpaceDE w:val="0"/>
        <w:autoSpaceDN w:val="0"/>
        <w:spacing w:before="38" w:after="147" w:line="240" w:lineRule="auto"/>
        <w:jc w:val="both"/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</w:pPr>
      <w:r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 xml:space="preserve">Per l’accesso alle attività formative del progetto autorizzato dal Comune </w:t>
      </w:r>
      <w:r w:rsidRPr="008D16F8">
        <w:rPr>
          <w:rFonts w:asciiTheme="majorHAnsi" w:eastAsia="Cambria" w:hAnsiTheme="majorHAnsi" w:cstheme="majorHAnsi"/>
          <w:color w:val="000000"/>
          <w:w w:val="99"/>
          <w:sz w:val="20"/>
          <w:szCs w:val="20"/>
          <w:lang w:val="it-IT"/>
        </w:rPr>
        <w:t xml:space="preserve">di </w:t>
      </w:r>
      <w:r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>Cellole</w:t>
      </w:r>
      <w:r w:rsidR="00307FA4" w:rsidRPr="008D16F8">
        <w:rPr>
          <w:rFonts w:asciiTheme="majorHAnsi" w:eastAsia="Cambria" w:hAnsiTheme="majorHAnsi" w:cstheme="majorHAnsi"/>
          <w:color w:val="000000"/>
          <w:sz w:val="20"/>
          <w:szCs w:val="20"/>
          <w:lang w:val="it-IT"/>
        </w:rPr>
        <w:t>;</w:t>
      </w:r>
    </w:p>
    <w:p w14:paraId="25FDFCA3" w14:textId="77777777" w:rsidR="00307FA4" w:rsidRPr="008D16F8" w:rsidRDefault="00CD70DF" w:rsidP="008F1796">
      <w:pPr>
        <w:pStyle w:val="Paragrafoelenco"/>
        <w:numPr>
          <w:ilvl w:val="0"/>
          <w:numId w:val="12"/>
        </w:numPr>
        <w:wordWrap w:val="0"/>
        <w:autoSpaceDE w:val="0"/>
        <w:autoSpaceDN w:val="0"/>
        <w:spacing w:before="38" w:after="147" w:line="240" w:lineRule="auto"/>
        <w:jc w:val="both"/>
        <w:rPr>
          <w:rFonts w:asciiTheme="majorHAnsi" w:hAnsiTheme="majorHAnsi" w:cstheme="majorHAnsi"/>
          <w:sz w:val="20"/>
          <w:szCs w:val="20"/>
          <w:lang w:val="it-IT"/>
        </w:rPr>
      </w:pPr>
      <w:r w:rsidRPr="008D16F8">
        <w:rPr>
          <w:rFonts w:asciiTheme="majorHAnsi" w:hAnsiTheme="majorHAnsi" w:cstheme="majorHAnsi"/>
          <w:sz w:val="20"/>
          <w:szCs w:val="20"/>
          <w:lang w:val="it-IT"/>
        </w:rPr>
        <w:t>A titolo gratuito, senza limiti di tempo, anche ai sensi degli artt. 10 e 320 cod.</w:t>
      </w:r>
      <w:r w:rsidR="00307FA4" w:rsidRPr="008D16F8">
        <w:rPr>
          <w:rFonts w:asciiTheme="majorHAnsi" w:hAnsiTheme="majorHAnsi" w:cstheme="majorHAnsi"/>
          <w:sz w:val="20"/>
          <w:szCs w:val="20"/>
          <w:lang w:val="it-IT"/>
        </w:rPr>
        <w:t xml:space="preserve"> </w:t>
      </w:r>
      <w:r w:rsidRPr="008D16F8">
        <w:rPr>
          <w:rFonts w:asciiTheme="majorHAnsi" w:hAnsiTheme="majorHAnsi" w:cstheme="majorHAnsi"/>
          <w:sz w:val="20"/>
          <w:szCs w:val="20"/>
          <w:lang w:val="it-IT"/>
        </w:rPr>
        <w:t>civ. e degli artt. 96 e 97 legge 22.4.1941, n. 633, Legge sul diritto d’autore, alla pubblicazione e/o diffusione in qualsiasi forma delle proprie immagini sul sito internet della Socie</w:t>
      </w:r>
      <w:r w:rsidR="008F1796" w:rsidRPr="008D16F8">
        <w:rPr>
          <w:rFonts w:asciiTheme="majorHAnsi" w:hAnsiTheme="majorHAnsi" w:cstheme="majorHAnsi"/>
          <w:sz w:val="20"/>
          <w:szCs w:val="20"/>
          <w:lang w:val="it-IT"/>
        </w:rPr>
        <w:t>tà/Ente organizzatore</w:t>
      </w:r>
      <w:r w:rsidRPr="008D16F8">
        <w:rPr>
          <w:rFonts w:asciiTheme="majorHAnsi" w:hAnsiTheme="majorHAnsi" w:cstheme="majorHAnsi"/>
          <w:sz w:val="20"/>
          <w:szCs w:val="20"/>
          <w:lang w:val="it-IT"/>
        </w:rPr>
        <w:t xml:space="preserve"> su carta stampata e/o su qualsiasi altro mezzo di diffusione, nonché autorizza la conservazione delle foto e dei video stessi negli archivi informatici della Società/Ente e prende atto che la finalità di tali pubblicazioni sono meramente di carattere informativo ed eventualmente promozionale. </w:t>
      </w:r>
    </w:p>
    <w:p w14:paraId="1BD1C066" w14:textId="77777777" w:rsidR="008F1796" w:rsidRPr="008D16F8" w:rsidRDefault="00CD70DF" w:rsidP="008F1796">
      <w:pPr>
        <w:pStyle w:val="Paragrafoelenco"/>
        <w:numPr>
          <w:ilvl w:val="0"/>
          <w:numId w:val="12"/>
        </w:numPr>
        <w:wordWrap w:val="0"/>
        <w:autoSpaceDE w:val="0"/>
        <w:autoSpaceDN w:val="0"/>
        <w:spacing w:before="38" w:after="147" w:line="240" w:lineRule="auto"/>
        <w:jc w:val="both"/>
        <w:rPr>
          <w:rFonts w:asciiTheme="majorHAnsi" w:hAnsiTheme="majorHAnsi" w:cstheme="majorHAnsi"/>
          <w:sz w:val="20"/>
          <w:szCs w:val="20"/>
          <w:lang w:val="it-IT"/>
        </w:rPr>
      </w:pPr>
      <w:r w:rsidRPr="008D16F8">
        <w:rPr>
          <w:rFonts w:asciiTheme="majorHAnsi" w:hAnsiTheme="majorHAnsi" w:cstheme="majorHAnsi"/>
          <w:sz w:val="20"/>
          <w:szCs w:val="20"/>
          <w:lang w:val="it-IT"/>
        </w:rPr>
        <w:t xml:space="preserve">La presente liberatoria/autorizzazione potrà essere revocata in ogni tempo con comunicazione scritta da inviare via posta comune o e-mail. </w:t>
      </w:r>
    </w:p>
    <w:p w14:paraId="58CED1F5" w14:textId="77777777" w:rsidR="008F1796" w:rsidRPr="008D16F8" w:rsidRDefault="008F1796" w:rsidP="008F1796">
      <w:pPr>
        <w:pStyle w:val="Paragrafoelenco"/>
        <w:numPr>
          <w:ilvl w:val="0"/>
          <w:numId w:val="12"/>
        </w:numPr>
        <w:wordWrap w:val="0"/>
        <w:autoSpaceDE w:val="0"/>
        <w:autoSpaceDN w:val="0"/>
        <w:spacing w:before="38" w:after="147" w:line="240" w:lineRule="auto"/>
        <w:jc w:val="both"/>
        <w:rPr>
          <w:rFonts w:asciiTheme="majorHAnsi" w:hAnsiTheme="majorHAnsi" w:cstheme="majorHAnsi"/>
          <w:sz w:val="20"/>
          <w:szCs w:val="20"/>
          <w:lang w:val="it-IT"/>
        </w:rPr>
      </w:pPr>
      <w:r w:rsidRPr="008D16F8">
        <w:rPr>
          <w:rFonts w:asciiTheme="majorHAnsi" w:hAnsiTheme="majorHAnsi" w:cstheme="majorHAnsi"/>
          <w:sz w:val="20"/>
          <w:szCs w:val="20"/>
          <w:lang w:val="it-IT"/>
        </w:rPr>
        <w:lastRenderedPageBreak/>
        <w:t>4. C</w:t>
      </w:r>
      <w:r w:rsidR="00307FA4" w:rsidRPr="008D16F8">
        <w:rPr>
          <w:rFonts w:asciiTheme="majorHAnsi" w:hAnsiTheme="majorHAnsi" w:cstheme="majorHAnsi"/>
          <w:sz w:val="20"/>
          <w:szCs w:val="20"/>
          <w:lang w:val="it-IT"/>
        </w:rPr>
        <w:t>on la sottoscrizione della presente di esonerare e sollevare da ogni responsabilità civile e penale nei confronti degli organizzatori ed il suo legale rappresentante, da ogni responsabilità civile e penale, anche oggettiva, derivante dalla partecipazione alla suddetta</w:t>
      </w:r>
      <w:r w:rsidRPr="008D16F8">
        <w:rPr>
          <w:rFonts w:asciiTheme="majorHAnsi" w:hAnsiTheme="majorHAnsi" w:cstheme="majorHAnsi"/>
          <w:sz w:val="20"/>
          <w:szCs w:val="20"/>
          <w:lang w:val="it-IT"/>
        </w:rPr>
        <w:t xml:space="preserve"> </w:t>
      </w:r>
      <w:r w:rsidR="00307FA4" w:rsidRPr="008D16F8">
        <w:rPr>
          <w:rFonts w:asciiTheme="majorHAnsi" w:hAnsiTheme="majorHAnsi" w:cstheme="majorHAnsi"/>
          <w:sz w:val="20"/>
          <w:szCs w:val="20"/>
          <w:lang w:val="it-IT"/>
        </w:rPr>
        <w:t xml:space="preserve">iniziativa per gli eventuali incidenti o infortuni subiti ed in conseguenza di infortuni cagionati a sé o a terzi ed a malori (incluso il decesso o l’invalidità permanente) connessi all’espletamento dell’iniziativa ivi compresi gli incidenti e infortuni derivanti dall’azione di altri partecipanti e a noi pregiudizievoli. </w:t>
      </w:r>
      <w:r w:rsidRPr="008D16F8">
        <w:rPr>
          <w:rFonts w:asciiTheme="majorHAnsi" w:hAnsiTheme="majorHAnsi" w:cstheme="majorHAnsi"/>
          <w:sz w:val="20"/>
          <w:szCs w:val="20"/>
          <w:lang w:val="it-IT"/>
        </w:rPr>
        <w:t xml:space="preserve"> </w:t>
      </w:r>
    </w:p>
    <w:p w14:paraId="11599A18" w14:textId="77777777" w:rsidR="008F1796" w:rsidRPr="008D16F8" w:rsidRDefault="008F1796" w:rsidP="008F1796">
      <w:pPr>
        <w:pStyle w:val="Paragrafoelenco"/>
        <w:numPr>
          <w:ilvl w:val="0"/>
          <w:numId w:val="12"/>
        </w:numPr>
        <w:wordWrap w:val="0"/>
        <w:autoSpaceDE w:val="0"/>
        <w:autoSpaceDN w:val="0"/>
        <w:spacing w:before="38" w:after="147" w:line="240" w:lineRule="auto"/>
        <w:jc w:val="both"/>
        <w:rPr>
          <w:rFonts w:asciiTheme="majorHAnsi" w:hAnsiTheme="majorHAnsi" w:cstheme="majorHAnsi"/>
          <w:sz w:val="20"/>
          <w:szCs w:val="20"/>
          <w:lang w:val="it-IT"/>
        </w:rPr>
      </w:pPr>
      <w:r w:rsidRPr="008D16F8">
        <w:rPr>
          <w:rFonts w:asciiTheme="majorHAnsi" w:hAnsiTheme="majorHAnsi" w:cstheme="majorHAnsi"/>
          <w:sz w:val="20"/>
          <w:szCs w:val="20"/>
          <w:lang w:val="it-IT"/>
        </w:rPr>
        <w:t>D</w:t>
      </w:r>
      <w:r w:rsidR="00307FA4" w:rsidRPr="008D16F8">
        <w:rPr>
          <w:rFonts w:asciiTheme="majorHAnsi" w:hAnsiTheme="majorHAnsi" w:cstheme="majorHAnsi"/>
          <w:sz w:val="20"/>
          <w:szCs w:val="20"/>
          <w:lang w:val="it-IT"/>
        </w:rPr>
        <w:t>i rinunciare a qualsiasi e a tutte le richieste di risarcimento e di rimborso</w:t>
      </w:r>
      <w:r w:rsidR="00307FA4" w:rsidRPr="008D16F8">
        <w:rPr>
          <w:rFonts w:asciiTheme="majorHAnsi" w:hAnsiTheme="majorHAnsi" w:cstheme="majorHAnsi"/>
          <w:b/>
          <w:sz w:val="20"/>
          <w:szCs w:val="20"/>
          <w:lang w:val="it-IT"/>
        </w:rPr>
        <w:t xml:space="preserve"> </w:t>
      </w:r>
      <w:r w:rsidR="00307FA4" w:rsidRPr="008D16F8">
        <w:rPr>
          <w:rFonts w:asciiTheme="majorHAnsi" w:hAnsiTheme="majorHAnsi" w:cstheme="majorHAnsi"/>
          <w:sz w:val="20"/>
          <w:szCs w:val="20"/>
          <w:lang w:val="it-IT"/>
        </w:rPr>
        <w:t>presenti o che potremmo rivendicare in futuro nei confronti dell’organizzazione e del suo legale rappresentante. Pertanto, esoneriamo gli organizzatori da ogni responsabilità e tutte le azioni ad essa relative, cause e qualsivoglia tipo di procedimento giudiziario e/o arbitrale relativi al rischio d’infortuni, risarcimento di danni a persone e/o cose di terzi, danneggiamenti alle attrezzature e al rischio di smarrimenti d’effetti personali per furto o qualsivoglia ragione, salvo i limiti inderogabili di legge.</w:t>
      </w:r>
    </w:p>
    <w:p w14:paraId="35794863" w14:textId="77777777" w:rsidR="008F1796" w:rsidRPr="008D16F8" w:rsidRDefault="008F1796" w:rsidP="00307FA4">
      <w:pPr>
        <w:pStyle w:val="Paragrafoelenco"/>
        <w:numPr>
          <w:ilvl w:val="0"/>
          <w:numId w:val="12"/>
        </w:numPr>
        <w:wordWrap w:val="0"/>
        <w:autoSpaceDE w:val="0"/>
        <w:autoSpaceDN w:val="0"/>
        <w:spacing w:before="38" w:after="147" w:line="240" w:lineRule="auto"/>
        <w:jc w:val="both"/>
        <w:rPr>
          <w:rFonts w:asciiTheme="majorHAnsi" w:hAnsiTheme="majorHAnsi" w:cstheme="majorHAnsi"/>
          <w:sz w:val="20"/>
          <w:szCs w:val="20"/>
          <w:lang w:val="it-IT"/>
        </w:rPr>
      </w:pPr>
      <w:r w:rsidRPr="008D16F8">
        <w:rPr>
          <w:rFonts w:asciiTheme="majorHAnsi" w:hAnsiTheme="majorHAnsi" w:cstheme="majorHAnsi"/>
          <w:sz w:val="20"/>
          <w:szCs w:val="20"/>
          <w:lang w:val="it-IT"/>
        </w:rPr>
        <w:t xml:space="preserve">Di </w:t>
      </w:r>
      <w:r w:rsidR="00307FA4" w:rsidRPr="008D16F8">
        <w:rPr>
          <w:rFonts w:asciiTheme="majorHAnsi" w:hAnsiTheme="majorHAnsi" w:cstheme="majorHAnsi"/>
          <w:sz w:val="20"/>
          <w:szCs w:val="20"/>
          <w:lang w:val="it-IT"/>
        </w:rPr>
        <w:t>sollevare ed esonerare gli organizzatori</w:t>
      </w:r>
      <w:r w:rsidR="00307FA4" w:rsidRPr="008D16F8">
        <w:rPr>
          <w:rFonts w:asciiTheme="majorHAnsi" w:hAnsiTheme="majorHAnsi" w:cstheme="majorHAnsi"/>
          <w:b/>
          <w:sz w:val="20"/>
          <w:szCs w:val="20"/>
          <w:lang w:val="it-IT"/>
        </w:rPr>
        <w:t xml:space="preserve"> </w:t>
      </w:r>
      <w:r w:rsidR="00307FA4" w:rsidRPr="008D16F8">
        <w:rPr>
          <w:rFonts w:asciiTheme="majorHAnsi" w:hAnsiTheme="majorHAnsi" w:cstheme="majorHAnsi"/>
          <w:sz w:val="20"/>
          <w:szCs w:val="20"/>
          <w:lang w:val="it-IT"/>
        </w:rPr>
        <w:t xml:space="preserve">ed il suo legale rappresentante da qualsivoglia e da tutte le responsabilità per eventuali perdite/sottrazioni, danni, furti e/o danneggiamenti, spese, che si potrebbe subire. </w:t>
      </w:r>
    </w:p>
    <w:p w14:paraId="08DAC440" w14:textId="77777777" w:rsidR="008F1796" w:rsidRPr="008D16F8" w:rsidRDefault="008F1796" w:rsidP="008F1796">
      <w:pPr>
        <w:pStyle w:val="Paragrafoelenco"/>
        <w:wordWrap w:val="0"/>
        <w:autoSpaceDE w:val="0"/>
        <w:autoSpaceDN w:val="0"/>
        <w:spacing w:before="38" w:after="147" w:line="240" w:lineRule="auto"/>
        <w:ind w:left="429"/>
        <w:jc w:val="both"/>
        <w:rPr>
          <w:rFonts w:asciiTheme="majorHAnsi" w:hAnsiTheme="majorHAnsi" w:cstheme="majorHAnsi"/>
          <w:b/>
          <w:sz w:val="20"/>
          <w:szCs w:val="20"/>
          <w:lang w:val="it-IT"/>
        </w:rPr>
      </w:pPr>
    </w:p>
    <w:p w14:paraId="4BA78D43" w14:textId="77777777" w:rsidR="00307FA4" w:rsidRPr="008D16F8" w:rsidRDefault="008D16F8" w:rsidP="008F1796">
      <w:pPr>
        <w:pStyle w:val="Paragrafoelenco"/>
        <w:wordWrap w:val="0"/>
        <w:autoSpaceDE w:val="0"/>
        <w:autoSpaceDN w:val="0"/>
        <w:spacing w:before="38" w:after="147" w:line="240" w:lineRule="auto"/>
        <w:ind w:left="429"/>
        <w:jc w:val="both"/>
        <w:rPr>
          <w:rFonts w:asciiTheme="majorHAnsi" w:hAnsiTheme="majorHAnsi" w:cstheme="majorHAnsi"/>
          <w:b/>
          <w:sz w:val="20"/>
          <w:szCs w:val="20"/>
          <w:lang w:val="it-IT"/>
        </w:rPr>
      </w:pPr>
      <w:r w:rsidRPr="008D16F8">
        <w:rPr>
          <w:rFonts w:asciiTheme="majorHAnsi" w:hAnsiTheme="majorHAnsi" w:cstheme="majorHAnsi"/>
          <w:b/>
          <w:sz w:val="20"/>
          <w:szCs w:val="20"/>
          <w:lang w:val="it-IT"/>
        </w:rPr>
        <w:t xml:space="preserve">                                                                          </w:t>
      </w:r>
      <w:r w:rsidR="008F1796" w:rsidRPr="008D16F8">
        <w:rPr>
          <w:rFonts w:asciiTheme="majorHAnsi" w:hAnsiTheme="majorHAnsi" w:cstheme="majorHAnsi"/>
          <w:b/>
          <w:sz w:val="20"/>
          <w:szCs w:val="20"/>
          <w:lang w:val="it-IT"/>
        </w:rPr>
        <w:t xml:space="preserve">INFORMATIVA </w:t>
      </w:r>
    </w:p>
    <w:p w14:paraId="75E31E26" w14:textId="77777777" w:rsidR="00307FA4" w:rsidRPr="008D16F8" w:rsidRDefault="00307FA4" w:rsidP="008D16F8">
      <w:pPr>
        <w:spacing w:after="19" w:line="240" w:lineRule="auto"/>
        <w:jc w:val="both"/>
        <w:rPr>
          <w:rFonts w:asciiTheme="majorHAnsi" w:hAnsiTheme="majorHAnsi" w:cstheme="majorHAnsi"/>
          <w:sz w:val="20"/>
          <w:szCs w:val="20"/>
          <w:lang w:val="it-IT"/>
        </w:rPr>
      </w:pPr>
    </w:p>
    <w:p w14:paraId="25089DB4" w14:textId="77777777" w:rsidR="00307FA4" w:rsidRPr="008D16F8" w:rsidRDefault="00307FA4" w:rsidP="008D16F8">
      <w:pPr>
        <w:spacing w:after="1" w:line="240" w:lineRule="auto"/>
        <w:ind w:right="147"/>
        <w:jc w:val="both"/>
        <w:rPr>
          <w:rFonts w:asciiTheme="majorHAnsi" w:hAnsiTheme="majorHAnsi" w:cstheme="majorHAnsi"/>
          <w:sz w:val="20"/>
          <w:szCs w:val="20"/>
          <w:lang w:val="it-IT"/>
        </w:rPr>
      </w:pPr>
      <w:r w:rsidRPr="008D16F8">
        <w:rPr>
          <w:rFonts w:asciiTheme="majorHAnsi" w:hAnsiTheme="majorHAnsi" w:cstheme="majorHAnsi"/>
          <w:sz w:val="20"/>
          <w:szCs w:val="20"/>
          <w:lang w:val="it-IT"/>
        </w:rPr>
        <w:t xml:space="preserve">Informativa ai sensi dell’art. 13 del D. Lgs. n. 196/2003. Si informa che il trattamento dei dati personali, informa che i dati personali conferiti con la presente liberatoria saranno trattati con modalità cartacee e telematiche nel rispetto della vigente normativa e dei principi di correttezza, liceità, trasparenza e riservatezza; in tale ottica i dati forniti, ivi incluso il ritratto contenuto nelle fotografie suindicate, verranno utilizzati per le finalità strettamente connesse e strumentali alle attività come indicate nella su estesa liberatoria. Il conferimento del consenso al trattamento dei dati personali è facoltativo. In qualsiasi momento è possibile esercitare tutti i diritti indicati dall’articolo 7 del D. Lgs. n. 196/2003, in particolare la cancellazione, la rettifica o l’integrazione dei dati. Tali diritti potranno essere esercitati inviando comunicazione scritta. </w:t>
      </w:r>
    </w:p>
    <w:p w14:paraId="5696CCA5" w14:textId="210FFF90" w:rsidR="00307FA4" w:rsidRPr="008D16F8" w:rsidRDefault="00571F07" w:rsidP="008D16F8">
      <w:pPr>
        <w:spacing w:line="240" w:lineRule="auto"/>
        <w:ind w:left="2842" w:right="2835" w:hanging="2857"/>
        <w:jc w:val="both"/>
        <w:rPr>
          <w:rFonts w:asciiTheme="majorHAnsi" w:hAnsiTheme="majorHAnsi" w:cstheme="majorHAnsi"/>
          <w:sz w:val="20"/>
          <w:szCs w:val="20"/>
          <w:lang w:val="it-IT"/>
        </w:rPr>
      </w:pPr>
      <w:r>
        <w:rPr>
          <w:rFonts w:asciiTheme="majorHAnsi" w:eastAsia="Calibri" w:hAnsiTheme="majorHAnsi" w:cstheme="majorHAnsi"/>
          <w:noProof/>
          <w:sz w:val="20"/>
          <w:szCs w:val="20"/>
        </w:rPr>
        <mc:AlternateContent>
          <mc:Choice Requires="wpg">
            <w:drawing>
              <wp:inline distT="0" distB="0" distL="0" distR="0" wp14:anchorId="1E729C70" wp14:editId="592FFD29">
                <wp:extent cx="141605" cy="141605"/>
                <wp:effectExtent l="7620" t="10795" r="12700" b="9525"/>
                <wp:docPr id="9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" cy="141605"/>
                          <a:chOff x="0" y="0"/>
                          <a:chExt cx="1417" cy="1417"/>
                        </a:xfrm>
                      </wpg:grpSpPr>
                      <wps:wsp>
                        <wps:cNvPr id="10" name="Shape 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7" cy="1417"/>
                          </a:xfrm>
                          <a:custGeom>
                            <a:avLst/>
                            <a:gdLst>
                              <a:gd name="T0" fmla="*/ 0 w 141732"/>
                              <a:gd name="T1" fmla="*/ 141732 h 141732"/>
                              <a:gd name="T2" fmla="*/ 141732 w 141732"/>
                              <a:gd name="T3" fmla="*/ 141732 h 141732"/>
                              <a:gd name="T4" fmla="*/ 141732 w 141732"/>
                              <a:gd name="T5" fmla="*/ 0 h 141732"/>
                              <a:gd name="T6" fmla="*/ 0 w 141732"/>
                              <a:gd name="T7" fmla="*/ 0 h 141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DC52D0" id="Group 883" o:spid="_x0000_s1026" style="width:11.15pt;height:11.15pt;mso-position-horizontal-relative:char;mso-position-vertical-relative:line" coordsize="1417,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">
                <v:shape id="Shape 96" o:spid="_x0000_s1027" style="position:absolute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" path="m,141732r141732,l141732,,,,,141732xe" filled="f" fillcolor="black" strokeweight=".72pt">
                  <v:fill opacity="0"/>
                  <v:path o:connecttype="custom" o:connectlocs="0,1417;1417,1417;1417,0;0,0" o:connectangles="0,0,0,0"/>
                </v:shape>
                <w10:anchorlock/>
              </v:group>
            </w:pict>
          </mc:Fallback>
        </mc:AlternateContent>
      </w:r>
      <w:r w:rsidR="00307FA4" w:rsidRPr="008D16F8">
        <w:rPr>
          <w:rFonts w:asciiTheme="majorHAnsi" w:hAnsiTheme="majorHAnsi" w:cstheme="majorHAnsi"/>
          <w:sz w:val="20"/>
          <w:szCs w:val="20"/>
          <w:lang w:val="it-IT"/>
        </w:rPr>
        <w:t xml:space="preserve">  presto il consenso   </w:t>
      </w:r>
      <w:r>
        <w:rPr>
          <w:rFonts w:asciiTheme="majorHAnsi" w:eastAsia="Calibri" w:hAnsiTheme="majorHAnsi" w:cstheme="majorHAnsi"/>
          <w:noProof/>
          <w:sz w:val="20"/>
          <w:szCs w:val="20"/>
        </w:rPr>
        <mc:AlternateContent>
          <mc:Choice Requires="wpg">
            <w:drawing>
              <wp:inline distT="0" distB="0" distL="0" distR="0" wp14:anchorId="3E510551" wp14:editId="6FAE8B3C">
                <wp:extent cx="141605" cy="141605"/>
                <wp:effectExtent l="7620" t="10795" r="12700" b="9525"/>
                <wp:docPr id="7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605" cy="141605"/>
                          <a:chOff x="0" y="0"/>
                          <a:chExt cx="1417" cy="1417"/>
                        </a:xfrm>
                      </wpg:grpSpPr>
                      <wps:wsp>
                        <wps:cNvPr id="8" name="Shape 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17" cy="1417"/>
                          </a:xfrm>
                          <a:custGeom>
                            <a:avLst/>
                            <a:gdLst>
                              <a:gd name="T0" fmla="*/ 0 w 141732"/>
                              <a:gd name="T1" fmla="*/ 141732 h 141732"/>
                              <a:gd name="T2" fmla="*/ 141732 w 141732"/>
                              <a:gd name="T3" fmla="*/ 141732 h 141732"/>
                              <a:gd name="T4" fmla="*/ 141732 w 141732"/>
                              <a:gd name="T5" fmla="*/ 0 h 141732"/>
                              <a:gd name="T6" fmla="*/ 0 w 141732"/>
                              <a:gd name="T7" fmla="*/ 0 h 141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1732" h="141732">
                                <a:moveTo>
                                  <a:pt x="0" y="141732"/>
                                </a:moveTo>
                                <a:lnTo>
                                  <a:pt x="141732" y="141732"/>
                                </a:lnTo>
                                <a:lnTo>
                                  <a:pt x="14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>
                                    <a:alpha val="0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51E286" id="Group 884" o:spid="_x0000_s1026" style="width:11.15pt;height:11.15pt;mso-position-horizontal-relative:char;mso-position-vertical-relative:line" coordsize="1417,1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">
                <v:shape id="Shape 99" o:spid="_x0000_s1027" style="position:absolute;width:1417;height:1417;visibility:visible;mso-wrap-style:square;v-text-anchor:top" coordsize="141732,14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" path="m,141732r141732,l141732,,,,,141732xe" filled="f" fillcolor="black" strokeweight=".72pt">
                  <v:fill opacity="0"/>
                  <v:path o:connecttype="custom" o:connectlocs="0,1417;1417,1417;1417,0;0,0" o:connectangles="0,0,0,0"/>
                </v:shape>
                <w10:anchorlock/>
              </v:group>
            </w:pict>
          </mc:Fallback>
        </mc:AlternateContent>
      </w:r>
      <w:r w:rsidR="00307FA4" w:rsidRPr="008D16F8">
        <w:rPr>
          <w:rFonts w:asciiTheme="majorHAnsi" w:hAnsiTheme="majorHAnsi" w:cstheme="majorHAnsi"/>
          <w:sz w:val="20"/>
          <w:szCs w:val="20"/>
          <w:lang w:val="it-IT"/>
        </w:rPr>
        <w:t xml:space="preserve">  nego il consenso </w:t>
      </w:r>
    </w:p>
    <w:p w14:paraId="7235B001" w14:textId="77777777" w:rsidR="00307FA4" w:rsidRPr="008D16F8" w:rsidRDefault="00307FA4" w:rsidP="008D16F8">
      <w:pPr>
        <w:spacing w:line="240" w:lineRule="auto"/>
        <w:jc w:val="both"/>
        <w:rPr>
          <w:rFonts w:asciiTheme="majorHAnsi" w:hAnsiTheme="majorHAnsi" w:cstheme="majorHAnsi"/>
          <w:sz w:val="20"/>
          <w:szCs w:val="20"/>
          <w:lang w:val="it-IT"/>
        </w:rPr>
      </w:pPr>
      <w:r w:rsidRPr="008D16F8">
        <w:rPr>
          <w:rFonts w:asciiTheme="majorHAnsi" w:hAnsiTheme="majorHAnsi" w:cstheme="majorHAnsi"/>
          <w:sz w:val="20"/>
          <w:szCs w:val="20"/>
          <w:lang w:val="it-IT"/>
        </w:rPr>
        <w:t xml:space="preserve">Confermo di aver letto e compreso la presente dichiarazione liberatoria prima di apporvi la mia firma sono consapevole che, firmando la presente, rinuncio a determinati diritti legali. </w:t>
      </w:r>
    </w:p>
    <w:p w14:paraId="10ADFCF1" w14:textId="77777777" w:rsidR="00307FA4" w:rsidRDefault="00307FA4" w:rsidP="008D16F8">
      <w:pPr>
        <w:pStyle w:val="Paragrafoelenco"/>
        <w:numPr>
          <w:ilvl w:val="0"/>
          <w:numId w:val="11"/>
        </w:numPr>
        <w:wordWrap w:val="0"/>
        <w:autoSpaceDE w:val="0"/>
        <w:autoSpaceDN w:val="0"/>
        <w:spacing w:before="295" w:after="147" w:line="240" w:lineRule="auto"/>
        <w:jc w:val="both"/>
        <w:rPr>
          <w:rFonts w:asciiTheme="majorHAnsi" w:eastAsia="Cambria" w:hAnsiTheme="majorHAnsi" w:cstheme="majorHAnsi"/>
          <w:color w:val="000000"/>
          <w:lang w:val="it-IT"/>
        </w:rPr>
      </w:pPr>
      <w:r w:rsidRPr="008D16F8">
        <w:rPr>
          <w:rFonts w:asciiTheme="majorHAnsi" w:eastAsia="Cambria" w:hAnsiTheme="majorHAnsi" w:cstheme="majorHAnsi"/>
          <w:color w:val="000000"/>
          <w:spacing w:val="1"/>
          <w:lang w:val="it-IT"/>
        </w:rPr>
        <w:t xml:space="preserve">Si </w:t>
      </w:r>
      <w:r w:rsidRPr="008D16F8">
        <w:rPr>
          <w:rFonts w:asciiTheme="majorHAnsi" w:eastAsia="Cambria" w:hAnsiTheme="majorHAnsi" w:cstheme="majorHAnsi"/>
          <w:color w:val="000000"/>
          <w:lang w:val="it-IT"/>
        </w:rPr>
        <w:t xml:space="preserve">allega copia/e </w:t>
      </w:r>
      <w:r w:rsidRPr="008D16F8">
        <w:rPr>
          <w:rFonts w:asciiTheme="majorHAnsi" w:eastAsia="Cambria" w:hAnsiTheme="majorHAnsi" w:cstheme="majorHAnsi"/>
          <w:color w:val="000000"/>
          <w:w w:val="99"/>
          <w:lang w:val="it-IT"/>
        </w:rPr>
        <w:t xml:space="preserve">del </w:t>
      </w:r>
      <w:r w:rsidRPr="008D16F8">
        <w:rPr>
          <w:rFonts w:asciiTheme="majorHAnsi" w:eastAsia="Cambria" w:hAnsiTheme="majorHAnsi" w:cstheme="majorHAnsi"/>
          <w:color w:val="000000"/>
          <w:lang w:val="it-IT"/>
        </w:rPr>
        <w:t>/</w:t>
      </w:r>
      <w:r w:rsidRPr="008D16F8">
        <w:rPr>
          <w:rFonts w:asciiTheme="majorHAnsi" w:eastAsia="Cambria" w:hAnsiTheme="majorHAnsi" w:cstheme="majorHAnsi"/>
          <w:color w:val="000000"/>
          <w:spacing w:val="1"/>
          <w:lang w:val="it-IT"/>
        </w:rPr>
        <w:t xml:space="preserve">i </w:t>
      </w:r>
      <w:r w:rsidRPr="008D16F8">
        <w:rPr>
          <w:rFonts w:asciiTheme="majorHAnsi" w:eastAsia="Cambria" w:hAnsiTheme="majorHAnsi" w:cstheme="majorHAnsi"/>
          <w:color w:val="000000"/>
          <w:lang w:val="it-IT"/>
        </w:rPr>
        <w:t>documento/</w:t>
      </w:r>
      <w:r w:rsidRPr="008D16F8">
        <w:rPr>
          <w:rFonts w:asciiTheme="majorHAnsi" w:eastAsia="Cambria" w:hAnsiTheme="majorHAnsi" w:cstheme="majorHAnsi"/>
          <w:color w:val="000000"/>
          <w:w w:val="102"/>
          <w:lang w:val="it-IT"/>
        </w:rPr>
        <w:t xml:space="preserve">i </w:t>
      </w:r>
      <w:r w:rsidRPr="008D16F8">
        <w:rPr>
          <w:rFonts w:asciiTheme="majorHAnsi" w:eastAsia="Cambria" w:hAnsiTheme="majorHAnsi" w:cstheme="majorHAnsi"/>
          <w:color w:val="000000"/>
          <w:w w:val="99"/>
          <w:lang w:val="it-IT"/>
        </w:rPr>
        <w:t xml:space="preserve">di </w:t>
      </w:r>
      <w:r w:rsidRPr="008D16F8">
        <w:rPr>
          <w:rFonts w:asciiTheme="majorHAnsi" w:eastAsia="Cambria" w:hAnsiTheme="majorHAnsi" w:cstheme="majorHAnsi"/>
          <w:color w:val="000000"/>
          <w:lang w:val="it-IT"/>
        </w:rPr>
        <w:t xml:space="preserve">identità in corso </w:t>
      </w:r>
      <w:r w:rsidRPr="008D16F8">
        <w:rPr>
          <w:rFonts w:asciiTheme="majorHAnsi" w:eastAsia="Cambria" w:hAnsiTheme="majorHAnsi" w:cstheme="majorHAnsi"/>
          <w:color w:val="000000"/>
          <w:w w:val="99"/>
          <w:lang w:val="it-IT"/>
        </w:rPr>
        <w:t xml:space="preserve">di </w:t>
      </w:r>
      <w:r w:rsidRPr="008D16F8">
        <w:rPr>
          <w:rFonts w:asciiTheme="majorHAnsi" w:eastAsia="Cambria" w:hAnsiTheme="majorHAnsi" w:cstheme="majorHAnsi"/>
          <w:color w:val="000000"/>
          <w:lang w:val="it-IT"/>
        </w:rPr>
        <w:t>validità.</w:t>
      </w:r>
    </w:p>
    <w:p w14:paraId="7DCD76A6" w14:textId="77777777" w:rsidR="008D16F8" w:rsidRPr="008D16F8" w:rsidRDefault="008D16F8" w:rsidP="008D16F8">
      <w:pPr>
        <w:pStyle w:val="Paragrafoelenco"/>
        <w:wordWrap w:val="0"/>
        <w:autoSpaceDE w:val="0"/>
        <w:autoSpaceDN w:val="0"/>
        <w:spacing w:before="295" w:after="147" w:line="240" w:lineRule="auto"/>
        <w:ind w:left="429"/>
        <w:jc w:val="both"/>
        <w:rPr>
          <w:rFonts w:asciiTheme="majorHAnsi" w:eastAsia="Cambria" w:hAnsiTheme="majorHAnsi" w:cstheme="majorHAnsi"/>
          <w:color w:val="000000"/>
          <w:lang w:val="it-IT"/>
        </w:rPr>
      </w:pPr>
    </w:p>
    <w:p w14:paraId="4E4DBAFC" w14:textId="77777777" w:rsidR="00CD70DF" w:rsidRDefault="00CD70DF" w:rsidP="008D16F8">
      <w:pPr>
        <w:spacing w:line="240" w:lineRule="auto"/>
        <w:jc w:val="both"/>
        <w:rPr>
          <w:rFonts w:asciiTheme="majorHAnsi" w:hAnsiTheme="majorHAnsi" w:cstheme="majorHAnsi"/>
          <w:lang w:val="it-IT"/>
        </w:rPr>
      </w:pPr>
      <w:r w:rsidRPr="00307FA4">
        <w:rPr>
          <w:rFonts w:asciiTheme="majorHAnsi" w:hAnsiTheme="majorHAnsi" w:cstheme="majorHAnsi"/>
          <w:lang w:val="it-IT"/>
        </w:rPr>
        <w:t xml:space="preserve">Luogo e Data: ______________________ </w:t>
      </w:r>
    </w:p>
    <w:p w14:paraId="170B38FB" w14:textId="77777777" w:rsidR="008D16F8" w:rsidRPr="00307FA4" w:rsidRDefault="008D16F8" w:rsidP="008D16F8">
      <w:pPr>
        <w:spacing w:line="240" w:lineRule="auto"/>
        <w:jc w:val="both"/>
        <w:rPr>
          <w:rFonts w:asciiTheme="majorHAnsi" w:hAnsiTheme="majorHAnsi" w:cstheme="majorHAnsi"/>
          <w:lang w:val="it-IT"/>
        </w:rPr>
      </w:pPr>
    </w:p>
    <w:p w14:paraId="2495AA16" w14:textId="77777777" w:rsidR="00CD70DF" w:rsidRPr="00307FA4" w:rsidRDefault="00CD70DF" w:rsidP="00307FA4">
      <w:pPr>
        <w:spacing w:after="16" w:line="240" w:lineRule="auto"/>
        <w:ind w:right="476"/>
        <w:jc w:val="both"/>
        <w:rPr>
          <w:rFonts w:asciiTheme="majorHAnsi" w:hAnsiTheme="majorHAnsi" w:cstheme="majorHAnsi"/>
          <w:lang w:val="it-IT"/>
        </w:rPr>
      </w:pPr>
      <w:r w:rsidRPr="00307FA4">
        <w:rPr>
          <w:rFonts w:asciiTheme="majorHAnsi" w:hAnsiTheme="majorHAnsi" w:cstheme="majorHAnsi"/>
          <w:lang w:val="it-IT"/>
        </w:rPr>
        <w:t xml:space="preserve">In fede _________________________________ </w:t>
      </w:r>
      <w:r w:rsidR="008D16F8">
        <w:rPr>
          <w:rFonts w:asciiTheme="majorHAnsi" w:hAnsiTheme="majorHAnsi" w:cstheme="majorHAnsi"/>
          <w:lang w:val="it-IT"/>
        </w:rPr>
        <w:t xml:space="preserve">   ________________________________________</w:t>
      </w:r>
    </w:p>
    <w:p w14:paraId="1CAACA9D" w14:textId="77777777" w:rsidR="00CD70DF" w:rsidRPr="00307FA4" w:rsidRDefault="00CD70DF" w:rsidP="00307FA4">
      <w:pPr>
        <w:spacing w:after="40" w:line="240" w:lineRule="auto"/>
        <w:jc w:val="both"/>
        <w:rPr>
          <w:rFonts w:asciiTheme="majorHAnsi" w:hAnsiTheme="majorHAnsi" w:cstheme="majorHAnsi"/>
          <w:lang w:val="it-IT"/>
        </w:rPr>
      </w:pPr>
    </w:p>
    <w:p w14:paraId="5F2B9A7C" w14:textId="77777777" w:rsidR="00CD70DF" w:rsidRPr="00307FA4" w:rsidRDefault="00CD70DF" w:rsidP="00307FA4">
      <w:pPr>
        <w:spacing w:after="18" w:line="240" w:lineRule="auto"/>
        <w:jc w:val="both"/>
        <w:rPr>
          <w:rFonts w:asciiTheme="majorHAnsi" w:hAnsiTheme="majorHAnsi" w:cstheme="majorHAnsi"/>
          <w:lang w:val="it-IT"/>
        </w:rPr>
      </w:pPr>
    </w:p>
    <w:p w14:paraId="26D282C1" w14:textId="77777777" w:rsidR="00307FA4" w:rsidRPr="00307FA4" w:rsidRDefault="00307FA4" w:rsidP="00307FA4">
      <w:pPr>
        <w:spacing w:after="1" w:line="240" w:lineRule="auto"/>
        <w:jc w:val="both"/>
        <w:rPr>
          <w:rFonts w:asciiTheme="majorHAnsi" w:hAnsiTheme="majorHAnsi" w:cstheme="majorHAnsi"/>
          <w:lang w:val="it-IT"/>
        </w:rPr>
      </w:pPr>
    </w:p>
    <w:p w14:paraId="74EEFBAE" w14:textId="77777777" w:rsidR="00CD70DF" w:rsidRPr="00307FA4" w:rsidRDefault="00CD70DF" w:rsidP="00307FA4">
      <w:pPr>
        <w:spacing w:after="0" w:line="240" w:lineRule="auto"/>
        <w:jc w:val="both"/>
        <w:rPr>
          <w:rFonts w:asciiTheme="majorHAnsi" w:hAnsiTheme="majorHAnsi" w:cstheme="majorHAnsi"/>
          <w:lang w:val="it-IT"/>
        </w:rPr>
      </w:pPr>
    </w:p>
    <w:p w14:paraId="0F3A2CB0" w14:textId="77777777" w:rsidR="00CD70DF" w:rsidRPr="00307FA4" w:rsidRDefault="00CD70DF" w:rsidP="00307FA4">
      <w:pPr>
        <w:spacing w:line="240" w:lineRule="auto"/>
        <w:ind w:left="-5"/>
        <w:jc w:val="both"/>
        <w:rPr>
          <w:rFonts w:asciiTheme="majorHAnsi" w:hAnsiTheme="majorHAnsi" w:cstheme="majorHAnsi"/>
          <w:lang w:val="it-IT"/>
        </w:rPr>
      </w:pPr>
      <w:r w:rsidRPr="00307FA4">
        <w:rPr>
          <w:rFonts w:asciiTheme="majorHAnsi" w:hAnsiTheme="majorHAnsi" w:cstheme="majorHAnsi"/>
          <w:lang w:val="it-IT"/>
        </w:rPr>
        <w:t xml:space="preserve">Il/la dichiarante, _________________________________ (Firma leggibile e per esteso) </w:t>
      </w:r>
    </w:p>
    <w:p w14:paraId="45D113C2" w14:textId="77777777" w:rsidR="00CD70DF" w:rsidRPr="00307FA4" w:rsidRDefault="00CD70DF" w:rsidP="00307FA4">
      <w:pPr>
        <w:spacing w:after="0" w:line="240" w:lineRule="auto"/>
        <w:jc w:val="both"/>
        <w:rPr>
          <w:rFonts w:asciiTheme="majorHAnsi" w:hAnsiTheme="majorHAnsi" w:cstheme="majorHAnsi"/>
          <w:lang w:val="it-IT"/>
        </w:rPr>
      </w:pPr>
    </w:p>
    <w:p w14:paraId="00EFDFAF" w14:textId="77777777" w:rsidR="00CD70DF" w:rsidRPr="00307FA4" w:rsidRDefault="00CD70DF" w:rsidP="00307FA4">
      <w:pPr>
        <w:spacing w:after="0" w:line="240" w:lineRule="auto"/>
        <w:jc w:val="both"/>
        <w:rPr>
          <w:rFonts w:asciiTheme="majorHAnsi" w:hAnsiTheme="majorHAnsi" w:cstheme="majorHAnsi"/>
          <w:lang w:val="it-IT"/>
        </w:rPr>
      </w:pPr>
    </w:p>
    <w:p w14:paraId="0D64E6C3" w14:textId="77777777" w:rsidR="00CD70DF" w:rsidRPr="00307FA4" w:rsidRDefault="00CD70DF" w:rsidP="00307FA4">
      <w:pPr>
        <w:spacing w:after="162" w:line="240" w:lineRule="auto"/>
        <w:ind w:left="-5"/>
        <w:jc w:val="both"/>
        <w:rPr>
          <w:rFonts w:asciiTheme="majorHAnsi" w:hAnsiTheme="majorHAnsi" w:cstheme="majorHAnsi"/>
          <w:lang w:val="it-IT"/>
        </w:rPr>
      </w:pPr>
      <w:r w:rsidRPr="00307FA4">
        <w:rPr>
          <w:rFonts w:asciiTheme="majorHAnsi" w:hAnsiTheme="majorHAnsi" w:cstheme="majorHAnsi"/>
          <w:lang w:val="it-IT"/>
        </w:rPr>
        <w:t xml:space="preserve">Il/la dichiarante, _________________________________ (Firma leggibile e per esteso) </w:t>
      </w:r>
    </w:p>
    <w:p w14:paraId="72F5846E" w14:textId="77777777" w:rsidR="00CD70DF" w:rsidRPr="00307FA4" w:rsidRDefault="00CD70DF" w:rsidP="00307FA4">
      <w:pPr>
        <w:wordWrap w:val="0"/>
        <w:autoSpaceDE w:val="0"/>
        <w:autoSpaceDN w:val="0"/>
        <w:spacing w:before="295" w:after="147" w:line="240" w:lineRule="auto"/>
        <w:ind w:left="69"/>
        <w:jc w:val="both"/>
        <w:rPr>
          <w:rFonts w:asciiTheme="majorHAnsi" w:eastAsia="Cambria" w:hAnsiTheme="majorHAnsi" w:cstheme="majorHAnsi"/>
          <w:color w:val="000000"/>
          <w:lang w:val="it-IT"/>
        </w:rPr>
      </w:pPr>
    </w:p>
    <w:p w14:paraId="4FE66124" w14:textId="77777777" w:rsidR="007A0736" w:rsidRPr="00307FA4" w:rsidRDefault="007A0736" w:rsidP="00307FA4">
      <w:pPr>
        <w:wordWrap w:val="0"/>
        <w:autoSpaceDE w:val="0"/>
        <w:autoSpaceDN w:val="0"/>
        <w:spacing w:before="295" w:after="147" w:line="240" w:lineRule="auto"/>
        <w:ind w:left="69"/>
        <w:jc w:val="both"/>
        <w:rPr>
          <w:rFonts w:asciiTheme="majorHAnsi" w:eastAsia="Cambria" w:hAnsiTheme="majorHAnsi" w:cstheme="majorHAnsi"/>
          <w:color w:val="000000"/>
          <w:lang w:val="it-IT"/>
        </w:rPr>
      </w:pPr>
    </w:p>
    <w:p w14:paraId="542976F9" w14:textId="77777777" w:rsidR="007A0736" w:rsidRPr="00307FA4" w:rsidRDefault="007A0736" w:rsidP="00307FA4">
      <w:pPr>
        <w:wordWrap w:val="0"/>
        <w:autoSpaceDE w:val="0"/>
        <w:autoSpaceDN w:val="0"/>
        <w:spacing w:before="295" w:after="0" w:line="240" w:lineRule="auto"/>
        <w:ind w:left="69"/>
        <w:jc w:val="both"/>
        <w:rPr>
          <w:rFonts w:asciiTheme="majorHAnsi" w:eastAsia="Cambria" w:hAnsiTheme="majorHAnsi" w:cstheme="majorHAnsi"/>
          <w:color w:val="000000"/>
          <w:lang w:val="it-IT"/>
        </w:rPr>
      </w:pPr>
    </w:p>
    <w:p w14:paraId="55C60094" w14:textId="77777777" w:rsidR="00307FA4" w:rsidRPr="00307FA4" w:rsidRDefault="00307FA4" w:rsidP="00307FA4">
      <w:pPr>
        <w:wordWrap w:val="0"/>
        <w:autoSpaceDE w:val="0"/>
        <w:autoSpaceDN w:val="0"/>
        <w:spacing w:before="295" w:after="0" w:line="240" w:lineRule="auto"/>
        <w:ind w:left="69"/>
        <w:jc w:val="both"/>
        <w:rPr>
          <w:rFonts w:asciiTheme="majorHAnsi" w:eastAsia="Cambria" w:hAnsiTheme="majorHAnsi" w:cstheme="majorHAnsi"/>
          <w:color w:val="000000"/>
          <w:spacing w:val="3"/>
          <w:lang w:val="it-IT"/>
        </w:rPr>
      </w:pPr>
    </w:p>
    <w:sectPr w:rsidR="00307FA4" w:rsidRPr="00307FA4" w:rsidSect="00034616">
      <w:type w:val="continuous"/>
      <w:pgSz w:w="11906" w:h="16838"/>
      <w:pgMar w:top="864" w:right="1045" w:bottom="789" w:left="1064" w:header="720" w:footer="720" w:gutter="0"/>
      <w:cols w:space="720" w:equalWidth="0">
        <w:col w:w="9798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EA4155-92BC-4AB5-88D1-A9F306036EDF}"/>
    <w:embedBold r:id="rId2" w:fontKey="{325B77D7-9C44-42EC-A443-8F59DAB517AC}"/>
    <w:embedItalic r:id="rId3" w:fontKey="{26115181-ED46-4C34-9E8D-489565F8D7C2}"/>
    <w:embedBoldItalic r:id="rId4" w:fontKey="{85CA1857-AF16-46C1-9544-72B161AF91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5701365"/>
    <w:multiLevelType w:val="hybridMultilevel"/>
    <w:tmpl w:val="5CB4E7E6"/>
    <w:lvl w:ilvl="0" w:tplc="FDF42A7A">
      <w:start w:val="1"/>
      <w:numFmt w:val="decimal"/>
      <w:lvlText w:val="%1."/>
      <w:lvlJc w:val="left"/>
      <w:pPr>
        <w:ind w:left="1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7D2B49A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8AAA7E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9C254FC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E004654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18C2FA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32D2AC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88C3B8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E8ABF94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5AF0BC3"/>
    <w:multiLevelType w:val="hybridMultilevel"/>
    <w:tmpl w:val="47283C0E"/>
    <w:lvl w:ilvl="0" w:tplc="F2BA8BCA">
      <w:numFmt w:val="bullet"/>
      <w:lvlText w:val="-"/>
      <w:lvlJc w:val="left"/>
      <w:pPr>
        <w:ind w:left="429" w:hanging="360"/>
      </w:pPr>
      <w:rPr>
        <w:rFonts w:ascii="Calibri" w:eastAsia="Cambr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11" w15:restartNumberingAfterBreak="0">
    <w:nsid w:val="57D55B2E"/>
    <w:multiLevelType w:val="hybridMultilevel"/>
    <w:tmpl w:val="673026D0"/>
    <w:lvl w:ilvl="0" w:tplc="2062A8A6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49" w:hanging="360"/>
      </w:pPr>
    </w:lvl>
    <w:lvl w:ilvl="2" w:tplc="0410001B" w:tentative="1">
      <w:start w:val="1"/>
      <w:numFmt w:val="lowerRoman"/>
      <w:lvlText w:val="%3."/>
      <w:lvlJc w:val="right"/>
      <w:pPr>
        <w:ind w:left="1869" w:hanging="180"/>
      </w:pPr>
    </w:lvl>
    <w:lvl w:ilvl="3" w:tplc="0410000F" w:tentative="1">
      <w:start w:val="1"/>
      <w:numFmt w:val="decimal"/>
      <w:lvlText w:val="%4."/>
      <w:lvlJc w:val="left"/>
      <w:pPr>
        <w:ind w:left="2589" w:hanging="360"/>
      </w:pPr>
    </w:lvl>
    <w:lvl w:ilvl="4" w:tplc="04100019" w:tentative="1">
      <w:start w:val="1"/>
      <w:numFmt w:val="lowerLetter"/>
      <w:lvlText w:val="%5."/>
      <w:lvlJc w:val="left"/>
      <w:pPr>
        <w:ind w:left="3309" w:hanging="360"/>
      </w:pPr>
    </w:lvl>
    <w:lvl w:ilvl="5" w:tplc="0410001B" w:tentative="1">
      <w:start w:val="1"/>
      <w:numFmt w:val="lowerRoman"/>
      <w:lvlText w:val="%6."/>
      <w:lvlJc w:val="right"/>
      <w:pPr>
        <w:ind w:left="4029" w:hanging="180"/>
      </w:pPr>
    </w:lvl>
    <w:lvl w:ilvl="6" w:tplc="0410000F" w:tentative="1">
      <w:start w:val="1"/>
      <w:numFmt w:val="decimal"/>
      <w:lvlText w:val="%7."/>
      <w:lvlJc w:val="left"/>
      <w:pPr>
        <w:ind w:left="4749" w:hanging="360"/>
      </w:pPr>
    </w:lvl>
    <w:lvl w:ilvl="7" w:tplc="04100019" w:tentative="1">
      <w:start w:val="1"/>
      <w:numFmt w:val="lowerLetter"/>
      <w:lvlText w:val="%8."/>
      <w:lvlJc w:val="left"/>
      <w:pPr>
        <w:ind w:left="5469" w:hanging="360"/>
      </w:pPr>
    </w:lvl>
    <w:lvl w:ilvl="8" w:tplc="0410001B" w:tentative="1">
      <w:start w:val="1"/>
      <w:numFmt w:val="lowerRoman"/>
      <w:lvlText w:val="%9."/>
      <w:lvlJc w:val="right"/>
      <w:pPr>
        <w:ind w:left="6189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defaultTabStop w:val="720"/>
  <w:hyphenationZone w:val="283"/>
  <w:noPunctuationKerning/>
  <w:characterSpacingControl w:val="compressPunctuationAndJapaneseKana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07FA4"/>
    <w:rsid w:val="00326F90"/>
    <w:rsid w:val="00571F07"/>
    <w:rsid w:val="00643D31"/>
    <w:rsid w:val="007A0736"/>
    <w:rsid w:val="0087789A"/>
    <w:rsid w:val="008D16F8"/>
    <w:rsid w:val="008F1796"/>
    <w:rsid w:val="00AA1D8D"/>
    <w:rsid w:val="00B47730"/>
    <w:rsid w:val="00CB0664"/>
    <w:rsid w:val="00CD70DF"/>
    <w:rsid w:val="00D90D04"/>
    <w:rsid w:val="00DB4258"/>
    <w:rsid w:val="00DE0675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6378E0"/>
  <w15:docId w15:val="{CBBDAD74-34B7-4333-AE2E-FFE347B9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693F"/>
  </w:style>
  <w:style w:type="paragraph" w:styleId="Titolo1">
    <w:name w:val="heading 1"/>
    <w:basedOn w:val="Normale"/>
    <w:next w:val="Normale"/>
    <w:link w:val="Titolo1Carattere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18BF"/>
  </w:style>
  <w:style w:type="paragraph" w:styleId="Pidipagina">
    <w:name w:val="footer"/>
    <w:basedOn w:val="Normale"/>
    <w:link w:val="PidipaginaCarattere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18BF"/>
  </w:style>
  <w:style w:type="paragraph" w:styleId="Nessunaspaziatura">
    <w:name w:val="No Spacing"/>
    <w:uiPriority w:val="1"/>
    <w:qFormat/>
    <w:rsid w:val="00FC693F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">
    <w:name w:val="Title"/>
    <w:basedOn w:val="Normale"/>
    <w:next w:val="Normale"/>
    <w:link w:val="TitoloCarattere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C693F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AA1D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AA1D8D"/>
  </w:style>
  <w:style w:type="paragraph" w:styleId="Corpodeltesto2">
    <w:name w:val="Body Text 2"/>
    <w:basedOn w:val="Normale"/>
    <w:link w:val="Corpodeltesto2Carattere"/>
    <w:uiPriority w:val="99"/>
    <w:unhideWhenUsed/>
    <w:rsid w:val="00AA1D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1D8D"/>
  </w:style>
  <w:style w:type="paragraph" w:styleId="Corpodeltesto3">
    <w:name w:val="Body Text 3"/>
    <w:basedOn w:val="Normale"/>
    <w:link w:val="Corpodeltesto3Carattere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AA1D8D"/>
    <w:rPr>
      <w:sz w:val="16"/>
      <w:szCs w:val="16"/>
    </w:rPr>
  </w:style>
  <w:style w:type="paragraph" w:styleId="Elenco">
    <w:name w:val="List"/>
    <w:basedOn w:val="Normale"/>
    <w:uiPriority w:val="99"/>
    <w:unhideWhenUsed/>
    <w:rsid w:val="00AA1D8D"/>
    <w:pPr>
      <w:ind w:left="360" w:hanging="360"/>
      <w:contextualSpacing/>
    </w:pPr>
  </w:style>
  <w:style w:type="paragraph" w:styleId="Elenco2">
    <w:name w:val="List 2"/>
    <w:basedOn w:val="Normale"/>
    <w:uiPriority w:val="99"/>
    <w:unhideWhenUsed/>
    <w:rsid w:val="00326F90"/>
    <w:pPr>
      <w:ind w:left="720" w:hanging="360"/>
      <w:contextualSpacing/>
    </w:pPr>
  </w:style>
  <w:style w:type="paragraph" w:styleId="Elenco3">
    <w:name w:val="List 3"/>
    <w:basedOn w:val="Normale"/>
    <w:uiPriority w:val="99"/>
    <w:unhideWhenUsed/>
    <w:rsid w:val="00326F90"/>
    <w:pPr>
      <w:ind w:left="1080" w:hanging="360"/>
      <w:contextualSpacing/>
    </w:pPr>
  </w:style>
  <w:style w:type="paragraph" w:styleId="Puntoelenco">
    <w:name w:val="List Bullet"/>
    <w:basedOn w:val="Normale"/>
    <w:uiPriority w:val="99"/>
    <w:unhideWhenUsed/>
    <w:rsid w:val="00326F90"/>
    <w:pPr>
      <w:numPr>
        <w:numId w:val="1"/>
      </w:numPr>
      <w:contextualSpacing/>
    </w:pPr>
  </w:style>
  <w:style w:type="paragraph" w:styleId="Puntoelenco2">
    <w:name w:val="List Bullet 2"/>
    <w:basedOn w:val="Normale"/>
    <w:uiPriority w:val="99"/>
    <w:unhideWhenUsed/>
    <w:rsid w:val="00326F90"/>
    <w:pPr>
      <w:numPr>
        <w:numId w:val="2"/>
      </w:numPr>
      <w:contextualSpacing/>
    </w:pPr>
  </w:style>
  <w:style w:type="paragraph" w:styleId="Puntoelenco3">
    <w:name w:val="List Bullet 3"/>
    <w:basedOn w:val="Normale"/>
    <w:uiPriority w:val="99"/>
    <w:unhideWhenUsed/>
    <w:rsid w:val="00326F90"/>
    <w:pPr>
      <w:numPr>
        <w:numId w:val="3"/>
      </w:numPr>
      <w:contextualSpacing/>
    </w:pPr>
  </w:style>
  <w:style w:type="paragraph" w:styleId="Numeroelenco">
    <w:name w:val="List Number"/>
    <w:basedOn w:val="Normale"/>
    <w:uiPriority w:val="99"/>
    <w:unhideWhenUsed/>
    <w:rsid w:val="00326F90"/>
    <w:pPr>
      <w:numPr>
        <w:numId w:val="5"/>
      </w:numPr>
      <w:contextualSpacing/>
    </w:pPr>
  </w:style>
  <w:style w:type="paragraph" w:styleId="Numeroelenco2">
    <w:name w:val="List Number 2"/>
    <w:basedOn w:val="Normale"/>
    <w:uiPriority w:val="99"/>
    <w:unhideWhenUsed/>
    <w:rsid w:val="0029639D"/>
    <w:pPr>
      <w:numPr>
        <w:numId w:val="6"/>
      </w:numPr>
      <w:contextualSpacing/>
    </w:pPr>
  </w:style>
  <w:style w:type="paragraph" w:styleId="Numeroelenco3">
    <w:name w:val="List Number 3"/>
    <w:basedOn w:val="Normale"/>
    <w:uiPriority w:val="99"/>
    <w:unhideWhenUsed/>
    <w:rsid w:val="0029639D"/>
    <w:pPr>
      <w:numPr>
        <w:numId w:val="7"/>
      </w:numPr>
      <w:contextualSpacing/>
    </w:pPr>
  </w:style>
  <w:style w:type="paragraph" w:styleId="Elencocontinua">
    <w:name w:val="List Continue"/>
    <w:basedOn w:val="Normale"/>
    <w:uiPriority w:val="99"/>
    <w:unhideWhenUsed/>
    <w:rsid w:val="0029639D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unhideWhenUsed/>
    <w:rsid w:val="0029639D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unhideWhenUsed/>
    <w:rsid w:val="0029639D"/>
    <w:pPr>
      <w:spacing w:after="120"/>
      <w:ind w:left="1080"/>
      <w:contextualSpacing/>
    </w:pPr>
  </w:style>
  <w:style w:type="paragraph" w:styleId="Testomacro">
    <w:name w:val="macro"/>
    <w:link w:val="TestomacroCarattere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rsid w:val="0029639D"/>
    <w:rPr>
      <w:rFonts w:ascii="Courier" w:hAnsi="Courier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C693F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C693F"/>
    <w:rPr>
      <w:i/>
      <w:i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FC693F"/>
    <w:rPr>
      <w:b/>
      <w:bCs/>
    </w:rPr>
  </w:style>
  <w:style w:type="character" w:styleId="Enfasicorsivo">
    <w:name w:val="Emphasis"/>
    <w:basedOn w:val="Carpredefinitoparagrafo"/>
    <w:uiPriority w:val="20"/>
    <w:qFormat/>
    <w:rsid w:val="00FC693F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C693F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FC693F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FC693F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FC693F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FC693F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FC693F"/>
    <w:pPr>
      <w:outlineLvl w:val="9"/>
    </w:pPr>
  </w:style>
  <w:style w:type="table" w:styleId="Grigliatabella">
    <w:name w:val="Table Grid"/>
    <w:basedOn w:val="Tabellanorma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">
    <w:name w:val="Light Shading"/>
    <w:basedOn w:val="Tabellanorma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fondochiaro-Colore2">
    <w:name w:val="Light Shading Accent 2"/>
    <w:basedOn w:val="Tabellanorma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fondochiaro-Colore3">
    <w:name w:val="Light Shading Accent 3"/>
    <w:basedOn w:val="Tabellanorma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fondochiaro-Colore4">
    <w:name w:val="Light Shading Accent 4"/>
    <w:basedOn w:val="Tabellanorma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fondochiaro-Colore5">
    <w:name w:val="Light Shading Accent 5"/>
    <w:basedOn w:val="Tabellanorma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fondochiaro-Colore6">
    <w:name w:val="Light Shading Accent 6"/>
    <w:basedOn w:val="Tabellanorma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Elencochiaro">
    <w:name w:val="Light List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Elencochiaro-Colore2">
    <w:name w:val="Light List Accent 2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Elencochiaro-Colore3">
    <w:name w:val="Light List Accent 3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Elencochiaro-Colore4">
    <w:name w:val="Light List Accent 4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Elencochiaro-Colore5">
    <w:name w:val="Light List Accent 5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Elencochiaro-Colore6">
    <w:name w:val="Light List Accent 6"/>
    <w:basedOn w:val="Tabellanorma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gliachiara">
    <w:name w:val="Light Grid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fondomedio1">
    <w:name w:val="Medium Shading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Elencomedio1">
    <w:name w:val="Medium Lis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Elencomedio1-Colore2">
    <w:name w:val="Medium List 1 Accent 2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Elencomedio1-Colore3">
    <w:name w:val="Medium List 1 Accent 3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Elencomedio1-Colore4">
    <w:name w:val="Medium List 1 Accent 4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Elencomedio1-Colore5">
    <w:name w:val="Medium List 1 Accent 5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Elencomedio1-Colore6">
    <w:name w:val="Medium List 1 Accent 6"/>
    <w:basedOn w:val="Tabellanorma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Elencomedio2">
    <w:name w:val="Medium Lis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gliamedia1">
    <w:name w:val="Medium Grid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gliamedia2">
    <w:name w:val="Medium Grid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Elencoscuro">
    <w:name w:val="Dark List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Elencoscuro-Colore2">
    <w:name w:val="Dark List Accent 2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Elencoscuro-Colore3">
    <w:name w:val="Dark List Accent 3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Elencoscuro-Colore4">
    <w:name w:val="Dark List Accent 4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Elencoscuro-Colore5">
    <w:name w:val="Dark List Accent 5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Elencoscuro-Colore6">
    <w:name w:val="Dark List Accent 6"/>
    <w:basedOn w:val="Tabellanorma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fondoacolori">
    <w:name w:val="Colorful Shading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Elencoacolori">
    <w:name w:val="Colorful List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gliaacolori">
    <w:name w:val="Colorful Grid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eWeb">
    <w:name w:val="Normal (Web)"/>
    <w:basedOn w:val="Normale"/>
    <w:uiPriority w:val="99"/>
    <w:unhideWhenUsed/>
    <w:rsid w:val="00877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93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2F0D8C-6BA1-47EB-A7F9-A4FF22F07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776</Words>
  <Characters>4426</Characters>
  <Application>Microsoft Office Word</Application>
  <DocSecurity>0</DocSecurity>
  <Lines>36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LightPDF</Company>
  <LinksUpToDate>false</LinksUpToDate>
  <CharactersWithSpaces>5192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LightPDF</dc:creator>
  <dc:description>generated by LightPDF 20231008</dc:description>
  <cp:lastModifiedBy>Master</cp:lastModifiedBy>
  <cp:revision>2</cp:revision>
  <dcterms:created xsi:type="dcterms:W3CDTF">2025-03-20T15:56:00Z</dcterms:created>
  <dcterms:modified xsi:type="dcterms:W3CDTF">2025-03-20T15:56:00Z</dcterms:modified>
</cp:coreProperties>
</file>